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8BDB" w14:textId="7EE510C8" w:rsidR="00560C2E" w:rsidRPr="00C24675" w:rsidRDefault="00560C2E" w:rsidP="00C65FB1">
      <w:pPr>
        <w:spacing w:after="0" w:line="360" w:lineRule="auto"/>
        <w:jc w:val="right"/>
        <w:rPr>
          <w:rFonts w:ascii="Arial" w:eastAsia="Calibri" w:hAnsi="Arial" w:cs="Arial"/>
          <w:b/>
          <w:lang w:val="es-MX"/>
        </w:rPr>
      </w:pPr>
      <w:r w:rsidRPr="00C24675">
        <w:rPr>
          <w:rFonts w:ascii="Arial" w:eastAsia="Calibri" w:hAnsi="Arial" w:cs="Arial"/>
          <w:b/>
          <w:lang w:val="es-MX"/>
        </w:rPr>
        <w:t xml:space="preserve">Mérida, Yucatán a </w:t>
      </w:r>
      <w:r w:rsidR="001F47CC">
        <w:rPr>
          <w:rFonts w:ascii="Arial" w:eastAsia="Calibri" w:hAnsi="Arial" w:cs="Arial"/>
          <w:b/>
          <w:lang w:val="es-MX"/>
        </w:rPr>
        <w:t>29</w:t>
      </w:r>
      <w:r w:rsidRPr="00C24675">
        <w:rPr>
          <w:rFonts w:ascii="Arial" w:eastAsia="Calibri" w:hAnsi="Arial" w:cs="Arial"/>
          <w:b/>
          <w:lang w:val="es-MX"/>
        </w:rPr>
        <w:t xml:space="preserve"> de abril de 2026</w:t>
      </w:r>
    </w:p>
    <w:p w14:paraId="667C581A" w14:textId="77777777" w:rsidR="00560C2E" w:rsidRPr="00C24675" w:rsidRDefault="00560C2E" w:rsidP="00C65FB1">
      <w:pPr>
        <w:spacing w:after="0" w:line="360" w:lineRule="auto"/>
        <w:jc w:val="right"/>
        <w:rPr>
          <w:rFonts w:ascii="Arial" w:eastAsia="Calibri" w:hAnsi="Arial" w:cs="Arial"/>
          <w:b/>
          <w:lang w:val="es-MX"/>
        </w:rPr>
      </w:pPr>
    </w:p>
    <w:p w14:paraId="4B4CCDEA" w14:textId="77777777" w:rsidR="00560C2E" w:rsidRPr="00C24675" w:rsidRDefault="00560C2E" w:rsidP="00C65FB1">
      <w:pPr>
        <w:spacing w:after="0" w:line="360" w:lineRule="auto"/>
        <w:jc w:val="right"/>
        <w:rPr>
          <w:rFonts w:ascii="Arial" w:eastAsia="Calibri" w:hAnsi="Arial" w:cs="Arial"/>
          <w:b/>
          <w:noProof/>
          <w:lang w:val="es-MX"/>
        </w:rPr>
      </w:pPr>
    </w:p>
    <w:p w14:paraId="5C845622" w14:textId="77777777" w:rsidR="00560C2E" w:rsidRPr="00C24675" w:rsidRDefault="00560C2E" w:rsidP="00C65FB1">
      <w:pPr>
        <w:spacing w:after="0" w:line="360" w:lineRule="auto"/>
        <w:rPr>
          <w:rFonts w:ascii="Arial" w:eastAsia="Calibri" w:hAnsi="Arial" w:cs="Arial"/>
          <w:b/>
          <w:bCs/>
          <w:noProof/>
          <w:lang w:val="es-MX"/>
        </w:rPr>
      </w:pPr>
      <w:r w:rsidRPr="00C24675">
        <w:rPr>
          <w:rFonts w:ascii="Arial" w:eastAsia="Calibri" w:hAnsi="Arial" w:cs="Arial"/>
          <w:b/>
          <w:bCs/>
          <w:noProof/>
          <w:lang w:val="es-MX"/>
        </w:rPr>
        <w:t xml:space="preserve">H. CONGRESO DEL ESTADO DE YUCATÁN: </w:t>
      </w:r>
    </w:p>
    <w:p w14:paraId="5BE9452B" w14:textId="458A21BE" w:rsidR="00560C2E" w:rsidRPr="00C24675" w:rsidRDefault="00656D7A" w:rsidP="00C65FB1">
      <w:pPr>
        <w:spacing w:before="100" w:beforeAutospacing="1" w:after="100" w:afterAutospacing="1" w:line="360" w:lineRule="auto"/>
        <w:jc w:val="both"/>
        <w:rPr>
          <w:rFonts w:ascii="Arial" w:eastAsia="Times New Roman" w:hAnsi="Arial" w:cs="Arial"/>
          <w:b/>
          <w:noProof/>
          <w:lang w:val="es-MX" w:eastAsia="es-MX"/>
        </w:rPr>
      </w:pPr>
      <w:r w:rsidRPr="00B05A94">
        <w:rPr>
          <w:rFonts w:ascii="Arial" w:eastAsia="Times New Roman" w:hAnsi="Arial" w:cs="Arial"/>
          <w:noProof/>
          <w:lang w:val="es-MX" w:eastAsia="es-MX"/>
        </w:rPr>
        <w:t>Los</w:t>
      </w:r>
      <w:r w:rsidR="00560C2E" w:rsidRPr="00B05A94">
        <w:rPr>
          <w:rFonts w:ascii="Arial" w:eastAsia="Times New Roman" w:hAnsi="Arial" w:cs="Arial"/>
          <w:noProof/>
          <w:lang w:val="es-MX" w:eastAsia="es-MX"/>
        </w:rPr>
        <w:t xml:space="preserve"> suscrito</w:t>
      </w:r>
      <w:r w:rsidRPr="00B05A94">
        <w:rPr>
          <w:rFonts w:ascii="Arial" w:eastAsia="Times New Roman" w:hAnsi="Arial" w:cs="Arial"/>
          <w:noProof/>
          <w:lang w:val="es-MX" w:eastAsia="es-MX"/>
        </w:rPr>
        <w:t>s</w:t>
      </w:r>
      <w:r w:rsidR="00560C2E" w:rsidRPr="00B05A94">
        <w:rPr>
          <w:rFonts w:ascii="Arial" w:eastAsia="Times New Roman" w:hAnsi="Arial" w:cs="Arial"/>
          <w:noProof/>
          <w:lang w:val="es-MX" w:eastAsia="es-MX"/>
        </w:rPr>
        <w:t xml:space="preserve"> </w:t>
      </w:r>
      <w:r w:rsidR="00560C2E" w:rsidRPr="00B05A94">
        <w:rPr>
          <w:rFonts w:ascii="Arial" w:eastAsia="Times New Roman" w:hAnsi="Arial" w:cs="Arial"/>
          <w:b/>
          <w:bCs/>
          <w:noProof/>
          <w:lang w:val="es-MX" w:eastAsia="es-MX"/>
        </w:rPr>
        <w:t>Diputado</w:t>
      </w:r>
      <w:r w:rsidRPr="00B05A94">
        <w:rPr>
          <w:rFonts w:ascii="Arial" w:eastAsia="Times New Roman" w:hAnsi="Arial" w:cs="Arial"/>
          <w:b/>
          <w:bCs/>
          <w:noProof/>
          <w:lang w:val="es-MX" w:eastAsia="es-MX"/>
        </w:rPr>
        <w:t>s</w:t>
      </w:r>
      <w:r w:rsidR="00560C2E" w:rsidRPr="00B05A94">
        <w:rPr>
          <w:rFonts w:ascii="Arial" w:eastAsia="Times New Roman" w:hAnsi="Arial" w:cs="Arial"/>
          <w:b/>
          <w:bCs/>
          <w:noProof/>
          <w:lang w:val="es-MX" w:eastAsia="es-MX"/>
        </w:rPr>
        <w:t xml:space="preserve"> </w:t>
      </w:r>
      <w:r w:rsidR="00560C2E" w:rsidRPr="00B05A94">
        <w:rPr>
          <w:rFonts w:ascii="Arial" w:hAnsi="Arial" w:cs="Arial"/>
          <w:b/>
          <w:noProof/>
          <w:lang w:val="es-MX"/>
        </w:rPr>
        <w:t>Wilmer Manuel Monforte Marfil</w:t>
      </w:r>
      <w:r w:rsidR="001F47CC">
        <w:rPr>
          <w:rFonts w:ascii="Arial" w:hAnsi="Arial" w:cs="Arial"/>
          <w:b/>
          <w:noProof/>
          <w:lang w:val="es-MX"/>
        </w:rPr>
        <w:t>,</w:t>
      </w:r>
      <w:r w:rsidRPr="00C24675">
        <w:rPr>
          <w:rFonts w:ascii="Arial" w:hAnsi="Arial" w:cs="Arial"/>
          <w:b/>
          <w:noProof/>
          <w:lang w:val="es-MX"/>
        </w:rPr>
        <w:t xml:space="preserve"> Rafael Germán Quintal Medina</w:t>
      </w:r>
      <w:r w:rsidR="001F47CC">
        <w:rPr>
          <w:rFonts w:ascii="Arial" w:hAnsi="Arial" w:cs="Arial"/>
          <w:b/>
          <w:noProof/>
          <w:lang w:val="es-MX"/>
        </w:rPr>
        <w:t xml:space="preserve"> y Mario Alejandro Cuevas Mena</w:t>
      </w:r>
      <w:r w:rsidR="00560C2E" w:rsidRPr="00C24675">
        <w:rPr>
          <w:rFonts w:ascii="Arial" w:hAnsi="Arial" w:cs="Arial"/>
          <w:b/>
          <w:noProof/>
          <w:lang w:val="es-MX"/>
        </w:rPr>
        <w:t xml:space="preserve">, </w:t>
      </w:r>
      <w:r w:rsidR="00560C2E" w:rsidRPr="00C24675">
        <w:rPr>
          <w:rFonts w:ascii="Arial" w:hAnsi="Arial" w:cs="Arial"/>
          <w:bCs/>
          <w:noProof/>
          <w:lang w:val="es-MX"/>
        </w:rPr>
        <w:t>coordinador</w:t>
      </w:r>
      <w:r w:rsidRPr="00C24675">
        <w:rPr>
          <w:rFonts w:ascii="Arial" w:hAnsi="Arial" w:cs="Arial"/>
          <w:bCs/>
          <w:noProof/>
          <w:lang w:val="es-MX"/>
        </w:rPr>
        <w:t xml:space="preserve"> e integrante</w:t>
      </w:r>
      <w:r w:rsidR="001F47CC">
        <w:rPr>
          <w:rFonts w:ascii="Arial" w:hAnsi="Arial" w:cs="Arial"/>
          <w:bCs/>
          <w:noProof/>
          <w:lang w:val="es-MX"/>
        </w:rPr>
        <w:t>s</w:t>
      </w:r>
      <w:r w:rsidR="00560C2E" w:rsidRPr="00C24675">
        <w:rPr>
          <w:rFonts w:ascii="Arial" w:hAnsi="Arial" w:cs="Arial"/>
          <w:bCs/>
          <w:noProof/>
          <w:lang w:val="es-MX"/>
        </w:rPr>
        <w:t xml:space="preserve"> de la Fracción Legislativa de Morena </w:t>
      </w:r>
      <w:r w:rsidR="00560C2E" w:rsidRPr="00C24675">
        <w:rPr>
          <w:rFonts w:ascii="Arial" w:eastAsia="Times New Roman" w:hAnsi="Arial" w:cs="Arial"/>
          <w:noProof/>
          <w:lang w:val="es-MX" w:eastAsia="es-MX"/>
        </w:rPr>
        <w:t>de</w:t>
      </w:r>
      <w:r w:rsidRPr="00C24675">
        <w:rPr>
          <w:rFonts w:ascii="Arial" w:eastAsia="Times New Roman" w:hAnsi="Arial" w:cs="Arial"/>
          <w:noProof/>
          <w:lang w:val="es-MX" w:eastAsia="es-MX"/>
        </w:rPr>
        <w:t xml:space="preserve"> esta</w:t>
      </w:r>
      <w:r w:rsidR="00560C2E" w:rsidRPr="00C24675">
        <w:rPr>
          <w:rFonts w:ascii="Arial" w:eastAsia="Times New Roman" w:hAnsi="Arial" w:cs="Arial"/>
          <w:noProof/>
          <w:lang w:val="es-MX" w:eastAsia="es-MX"/>
        </w:rPr>
        <w:t xml:space="preserve"> Sexagésima Cuarta Legislatura del H. Congreso del Estado de Yucatán</w:t>
      </w:r>
      <w:r w:rsidR="00560C2E" w:rsidRPr="00C24675">
        <w:rPr>
          <w:rFonts w:ascii="Arial" w:hAnsi="Arial" w:cs="Arial"/>
          <w:bCs/>
          <w:noProof/>
          <w:lang w:val="es-MX"/>
        </w:rPr>
        <w:t>,</w:t>
      </w:r>
      <w:r w:rsidRPr="00C24675">
        <w:rPr>
          <w:rFonts w:ascii="Arial" w:hAnsi="Arial" w:cs="Arial"/>
          <w:bCs/>
          <w:noProof/>
          <w:lang w:val="es-MX"/>
        </w:rPr>
        <w:t xml:space="preserve"> respectivamente,</w:t>
      </w:r>
      <w:r w:rsidR="00560C2E" w:rsidRPr="00C24675">
        <w:rPr>
          <w:rFonts w:ascii="Arial" w:hAnsi="Arial" w:cs="Arial"/>
          <w:bCs/>
          <w:noProof/>
          <w:lang w:val="es-MX"/>
        </w:rPr>
        <w:t xml:space="preserve"> c</w:t>
      </w:r>
      <w:r w:rsidR="00560C2E" w:rsidRPr="00C24675">
        <w:rPr>
          <w:rFonts w:ascii="Arial" w:eastAsia="Times New Roman" w:hAnsi="Arial" w:cs="Arial"/>
          <w:noProof/>
          <w:lang w:val="es-MX" w:eastAsia="es-MX"/>
        </w:rPr>
        <w:t xml:space="preserve">on fundamento en lo dispuesto por los artículos 35 fracción I de la Constitución Política del Estado de Yucatán; 16, 17, y 22 fracción VI de la Ley de Gobierno y 68, 69 y demás disposiciones relativas y aplicables del Reglamento de la Ley de Gobierno, ambas del Poder Legislativo del Estado de Yucatán, presento a consideración de esta soberanía, la siguiente </w:t>
      </w:r>
      <w:r w:rsidR="00502C6F">
        <w:rPr>
          <w:rFonts w:ascii="Arial" w:eastAsia="Times New Roman" w:hAnsi="Arial" w:cs="Arial"/>
          <w:b/>
          <w:bCs/>
          <w:noProof/>
          <w:lang w:val="es-MX" w:eastAsia="es-MX"/>
        </w:rPr>
        <w:t>I</w:t>
      </w:r>
      <w:r w:rsidR="00502C6F" w:rsidRPr="00C24675">
        <w:rPr>
          <w:rFonts w:ascii="Arial" w:eastAsia="Times New Roman" w:hAnsi="Arial" w:cs="Arial"/>
          <w:b/>
          <w:bCs/>
          <w:noProof/>
          <w:lang w:val="es-MX" w:eastAsia="es-MX"/>
        </w:rPr>
        <w:t xml:space="preserve">niciativa con proyecto de </w:t>
      </w:r>
      <w:r w:rsidR="00502C6F">
        <w:rPr>
          <w:rFonts w:ascii="Arial" w:eastAsia="Times New Roman" w:hAnsi="Arial" w:cs="Arial"/>
          <w:b/>
          <w:bCs/>
          <w:noProof/>
          <w:lang w:val="es-MX" w:eastAsia="es-MX"/>
        </w:rPr>
        <w:t xml:space="preserve">Decreto </w:t>
      </w:r>
      <w:proofErr w:type="spellStart"/>
      <w:r w:rsidR="00502C6F">
        <w:rPr>
          <w:rFonts w:ascii="Arial" w:hAnsi="Arial" w:cs="Arial"/>
          <w:b/>
        </w:rPr>
        <w:t>p</w:t>
      </w:r>
      <w:r w:rsidR="00502C6F" w:rsidRPr="00502C6F">
        <w:rPr>
          <w:rFonts w:ascii="Arial" w:hAnsi="Arial" w:cs="Arial"/>
          <w:b/>
        </w:rPr>
        <w:t>or</w:t>
      </w:r>
      <w:proofErr w:type="spellEnd"/>
      <w:r w:rsidR="00502C6F" w:rsidRPr="00502C6F">
        <w:rPr>
          <w:rFonts w:ascii="Arial" w:hAnsi="Arial" w:cs="Arial"/>
          <w:b/>
        </w:rPr>
        <w:t xml:space="preserve"> </w:t>
      </w:r>
      <w:proofErr w:type="spellStart"/>
      <w:r w:rsidR="00502C6F" w:rsidRPr="00502C6F">
        <w:rPr>
          <w:rFonts w:ascii="Arial" w:hAnsi="Arial" w:cs="Arial"/>
          <w:b/>
        </w:rPr>
        <w:t>el</w:t>
      </w:r>
      <w:proofErr w:type="spellEnd"/>
      <w:r w:rsidR="00502C6F" w:rsidRPr="00502C6F">
        <w:rPr>
          <w:rFonts w:ascii="Arial" w:hAnsi="Arial" w:cs="Arial"/>
          <w:b/>
        </w:rPr>
        <w:t xml:space="preserve"> </w:t>
      </w:r>
      <w:proofErr w:type="spellStart"/>
      <w:r w:rsidR="00502C6F" w:rsidRPr="00502C6F">
        <w:rPr>
          <w:rFonts w:ascii="Arial" w:hAnsi="Arial" w:cs="Arial"/>
          <w:b/>
        </w:rPr>
        <w:t>que</w:t>
      </w:r>
      <w:proofErr w:type="spellEnd"/>
      <w:r w:rsidR="00502C6F" w:rsidRPr="00502C6F">
        <w:rPr>
          <w:rFonts w:ascii="Arial" w:hAnsi="Arial" w:cs="Arial"/>
          <w:b/>
        </w:rPr>
        <w:t xml:space="preserve"> se </w:t>
      </w:r>
      <w:proofErr w:type="spellStart"/>
      <w:r w:rsidR="00502C6F" w:rsidRPr="00502C6F">
        <w:rPr>
          <w:rFonts w:ascii="Arial" w:hAnsi="Arial" w:cs="Arial"/>
          <w:b/>
        </w:rPr>
        <w:t>autorizan</w:t>
      </w:r>
      <w:proofErr w:type="spellEnd"/>
      <w:r w:rsidR="00502C6F" w:rsidRPr="00502C6F">
        <w:rPr>
          <w:rFonts w:ascii="Arial" w:hAnsi="Arial" w:cs="Arial"/>
          <w:b/>
        </w:rPr>
        <w:t xml:space="preserve"> </w:t>
      </w:r>
      <w:proofErr w:type="spellStart"/>
      <w:r w:rsidR="00502C6F" w:rsidRPr="00502C6F">
        <w:rPr>
          <w:rFonts w:ascii="Arial" w:hAnsi="Arial" w:cs="Arial"/>
          <w:b/>
        </w:rPr>
        <w:t>montos</w:t>
      </w:r>
      <w:proofErr w:type="spellEnd"/>
      <w:r w:rsidR="00502C6F" w:rsidRPr="00502C6F">
        <w:rPr>
          <w:rFonts w:ascii="Arial" w:hAnsi="Arial" w:cs="Arial"/>
          <w:b/>
        </w:rPr>
        <w:t xml:space="preserve"> </w:t>
      </w:r>
      <w:proofErr w:type="spellStart"/>
      <w:r w:rsidR="00502C6F" w:rsidRPr="00502C6F">
        <w:rPr>
          <w:rFonts w:ascii="Arial" w:hAnsi="Arial" w:cs="Arial"/>
          <w:b/>
        </w:rPr>
        <w:t>máximos</w:t>
      </w:r>
      <w:proofErr w:type="spellEnd"/>
      <w:r w:rsidR="00502C6F" w:rsidRPr="00502C6F">
        <w:rPr>
          <w:rFonts w:ascii="Arial" w:hAnsi="Arial" w:cs="Arial"/>
          <w:b/>
        </w:rPr>
        <w:t xml:space="preserve"> de </w:t>
      </w:r>
      <w:proofErr w:type="spellStart"/>
      <w:r w:rsidR="00502C6F" w:rsidRPr="00502C6F">
        <w:rPr>
          <w:rFonts w:ascii="Arial" w:hAnsi="Arial" w:cs="Arial"/>
          <w:b/>
        </w:rPr>
        <w:t>endeudamiento</w:t>
      </w:r>
      <w:proofErr w:type="spellEnd"/>
      <w:r w:rsidR="00502C6F" w:rsidRPr="00502C6F">
        <w:rPr>
          <w:rFonts w:ascii="Arial" w:hAnsi="Arial" w:cs="Arial"/>
          <w:b/>
        </w:rPr>
        <w:t xml:space="preserve"> a </w:t>
      </w:r>
      <w:proofErr w:type="spellStart"/>
      <w:r w:rsidR="00502C6F" w:rsidRPr="00502C6F">
        <w:rPr>
          <w:rFonts w:ascii="Arial" w:hAnsi="Arial" w:cs="Arial"/>
          <w:b/>
        </w:rPr>
        <w:t>los</w:t>
      </w:r>
      <w:proofErr w:type="spellEnd"/>
      <w:r w:rsidR="00502C6F" w:rsidRPr="00502C6F">
        <w:rPr>
          <w:rFonts w:ascii="Arial" w:hAnsi="Arial" w:cs="Arial"/>
          <w:b/>
        </w:rPr>
        <w:t xml:space="preserve"> </w:t>
      </w:r>
      <w:proofErr w:type="spellStart"/>
      <w:r w:rsidR="00502C6F" w:rsidRPr="00502C6F">
        <w:rPr>
          <w:rFonts w:ascii="Arial" w:hAnsi="Arial" w:cs="Arial"/>
          <w:b/>
        </w:rPr>
        <w:t>cuales</w:t>
      </w:r>
      <w:proofErr w:type="spellEnd"/>
      <w:r w:rsidR="00502C6F" w:rsidRPr="00502C6F">
        <w:rPr>
          <w:rFonts w:ascii="Arial" w:hAnsi="Arial" w:cs="Arial"/>
          <w:b/>
        </w:rPr>
        <w:t xml:space="preserve"> </w:t>
      </w:r>
      <w:proofErr w:type="spellStart"/>
      <w:r w:rsidR="00502C6F" w:rsidRPr="00502C6F">
        <w:rPr>
          <w:rFonts w:ascii="Arial" w:hAnsi="Arial" w:cs="Arial"/>
          <w:b/>
        </w:rPr>
        <w:t>podrán</w:t>
      </w:r>
      <w:proofErr w:type="spellEnd"/>
      <w:r w:rsidR="00502C6F" w:rsidRPr="00502C6F">
        <w:rPr>
          <w:rFonts w:ascii="Arial" w:hAnsi="Arial" w:cs="Arial"/>
          <w:b/>
        </w:rPr>
        <w:t xml:space="preserve"> acceder </w:t>
      </w:r>
      <w:proofErr w:type="spellStart"/>
      <w:r w:rsidR="00502C6F" w:rsidRPr="00502C6F">
        <w:rPr>
          <w:rFonts w:ascii="Arial" w:hAnsi="Arial" w:cs="Arial"/>
          <w:b/>
        </w:rPr>
        <w:t>los</w:t>
      </w:r>
      <w:proofErr w:type="spellEnd"/>
      <w:r w:rsidR="00502C6F" w:rsidRPr="00502C6F">
        <w:rPr>
          <w:rFonts w:ascii="Arial" w:hAnsi="Arial" w:cs="Arial"/>
          <w:b/>
        </w:rPr>
        <w:t xml:space="preserve"> municipios del Estado de Yucatán, para </w:t>
      </w:r>
      <w:proofErr w:type="spellStart"/>
      <w:r w:rsidR="00502C6F" w:rsidRPr="00502C6F">
        <w:rPr>
          <w:rFonts w:ascii="Arial" w:hAnsi="Arial" w:cs="Arial"/>
          <w:b/>
        </w:rPr>
        <w:t>contratar</w:t>
      </w:r>
      <w:proofErr w:type="spellEnd"/>
      <w:r w:rsidR="00502C6F" w:rsidRPr="00502C6F">
        <w:rPr>
          <w:rFonts w:ascii="Arial" w:hAnsi="Arial" w:cs="Arial"/>
          <w:b/>
        </w:rPr>
        <w:t xml:space="preserve"> uno o </w:t>
      </w:r>
      <w:proofErr w:type="spellStart"/>
      <w:r w:rsidR="00502C6F" w:rsidRPr="00502C6F">
        <w:rPr>
          <w:rFonts w:ascii="Arial" w:hAnsi="Arial" w:cs="Arial"/>
          <w:b/>
        </w:rPr>
        <w:t>varios</w:t>
      </w:r>
      <w:proofErr w:type="spellEnd"/>
      <w:r w:rsidR="00502C6F" w:rsidRPr="00502C6F">
        <w:rPr>
          <w:rFonts w:ascii="Arial" w:hAnsi="Arial" w:cs="Arial"/>
          <w:b/>
        </w:rPr>
        <w:t xml:space="preserve"> </w:t>
      </w:r>
      <w:proofErr w:type="spellStart"/>
      <w:r w:rsidR="00502C6F" w:rsidRPr="00502C6F">
        <w:rPr>
          <w:rFonts w:ascii="Arial" w:hAnsi="Arial" w:cs="Arial"/>
          <w:b/>
        </w:rPr>
        <w:t>financiamientos</w:t>
      </w:r>
      <w:proofErr w:type="spellEnd"/>
      <w:r w:rsidR="00502C6F" w:rsidRPr="00502C6F">
        <w:rPr>
          <w:rFonts w:ascii="Arial" w:hAnsi="Arial" w:cs="Arial"/>
          <w:b/>
        </w:rPr>
        <w:t xml:space="preserve"> </w:t>
      </w:r>
      <w:proofErr w:type="spellStart"/>
      <w:r w:rsidR="00502C6F" w:rsidRPr="00502C6F">
        <w:rPr>
          <w:rFonts w:ascii="Arial" w:hAnsi="Arial" w:cs="Arial"/>
          <w:b/>
        </w:rPr>
        <w:t>que</w:t>
      </w:r>
      <w:proofErr w:type="spellEnd"/>
      <w:r w:rsidR="00502C6F" w:rsidRPr="00502C6F">
        <w:rPr>
          <w:rFonts w:ascii="Arial" w:hAnsi="Arial" w:cs="Arial"/>
          <w:b/>
        </w:rPr>
        <w:t xml:space="preserve"> se </w:t>
      </w:r>
      <w:proofErr w:type="spellStart"/>
      <w:r w:rsidR="00502C6F" w:rsidRPr="00502C6F">
        <w:rPr>
          <w:rFonts w:ascii="Arial" w:hAnsi="Arial" w:cs="Arial"/>
          <w:b/>
        </w:rPr>
        <w:t>destinarán</w:t>
      </w:r>
      <w:proofErr w:type="spellEnd"/>
      <w:r w:rsidR="00502C6F" w:rsidRPr="00502C6F">
        <w:rPr>
          <w:rFonts w:ascii="Arial" w:hAnsi="Arial" w:cs="Arial"/>
          <w:b/>
        </w:rPr>
        <w:t xml:space="preserve"> a </w:t>
      </w:r>
      <w:proofErr w:type="spellStart"/>
      <w:r w:rsidR="00502C6F" w:rsidRPr="00502C6F">
        <w:rPr>
          <w:rFonts w:ascii="Arial" w:hAnsi="Arial" w:cs="Arial"/>
          <w:b/>
        </w:rPr>
        <w:t>inversiones</w:t>
      </w:r>
      <w:proofErr w:type="spellEnd"/>
      <w:r w:rsidR="00502C6F" w:rsidRPr="00502C6F">
        <w:rPr>
          <w:rFonts w:ascii="Arial" w:hAnsi="Arial" w:cs="Arial"/>
          <w:b/>
        </w:rPr>
        <w:t xml:space="preserve"> </w:t>
      </w:r>
      <w:proofErr w:type="spellStart"/>
      <w:r w:rsidR="00502C6F" w:rsidRPr="00502C6F">
        <w:rPr>
          <w:rFonts w:ascii="Arial" w:hAnsi="Arial" w:cs="Arial"/>
          <w:b/>
        </w:rPr>
        <w:t>públicas</w:t>
      </w:r>
      <w:proofErr w:type="spellEnd"/>
      <w:r w:rsidR="00502C6F" w:rsidRPr="00502C6F">
        <w:rPr>
          <w:rFonts w:ascii="Arial" w:hAnsi="Arial" w:cs="Arial"/>
          <w:b/>
        </w:rPr>
        <w:t xml:space="preserve"> </w:t>
      </w:r>
      <w:proofErr w:type="spellStart"/>
      <w:r w:rsidR="00502C6F" w:rsidRPr="00502C6F">
        <w:rPr>
          <w:rFonts w:ascii="Arial" w:hAnsi="Arial" w:cs="Arial"/>
          <w:b/>
        </w:rPr>
        <w:t>productivas</w:t>
      </w:r>
      <w:proofErr w:type="spellEnd"/>
      <w:r w:rsidR="00502C6F" w:rsidRPr="00502C6F">
        <w:rPr>
          <w:rFonts w:ascii="Arial" w:hAnsi="Arial" w:cs="Arial"/>
          <w:b/>
        </w:rPr>
        <w:t xml:space="preserve">; </w:t>
      </w:r>
      <w:proofErr w:type="spellStart"/>
      <w:r w:rsidR="00502C6F" w:rsidRPr="00502C6F">
        <w:rPr>
          <w:rFonts w:ascii="Arial" w:hAnsi="Arial" w:cs="Arial"/>
          <w:b/>
        </w:rPr>
        <w:t>asimismo</w:t>
      </w:r>
      <w:proofErr w:type="spellEnd"/>
      <w:r w:rsidR="00502C6F" w:rsidRPr="00502C6F">
        <w:rPr>
          <w:rFonts w:ascii="Arial" w:hAnsi="Arial" w:cs="Arial"/>
          <w:b/>
        </w:rPr>
        <w:t xml:space="preserve">, se </w:t>
      </w:r>
      <w:proofErr w:type="spellStart"/>
      <w:r w:rsidR="00502C6F" w:rsidRPr="00502C6F">
        <w:rPr>
          <w:rFonts w:ascii="Arial" w:hAnsi="Arial" w:cs="Arial"/>
          <w:b/>
        </w:rPr>
        <w:t>autoriza</w:t>
      </w:r>
      <w:proofErr w:type="spellEnd"/>
      <w:r w:rsidR="00502C6F" w:rsidRPr="00502C6F">
        <w:rPr>
          <w:rFonts w:ascii="Arial" w:hAnsi="Arial" w:cs="Arial"/>
          <w:b/>
        </w:rPr>
        <w:t xml:space="preserve"> la </w:t>
      </w:r>
      <w:proofErr w:type="spellStart"/>
      <w:r w:rsidR="00502C6F" w:rsidRPr="00502C6F">
        <w:rPr>
          <w:rFonts w:ascii="Arial" w:hAnsi="Arial" w:cs="Arial"/>
          <w:b/>
        </w:rPr>
        <w:t>afectación</w:t>
      </w:r>
      <w:proofErr w:type="spellEnd"/>
      <w:r w:rsidR="00502C6F" w:rsidRPr="00502C6F">
        <w:rPr>
          <w:rFonts w:ascii="Arial" w:hAnsi="Arial" w:cs="Arial"/>
          <w:b/>
        </w:rPr>
        <w:t xml:space="preserve"> </w:t>
      </w:r>
      <w:proofErr w:type="spellStart"/>
      <w:r w:rsidR="00502C6F" w:rsidRPr="00502C6F">
        <w:rPr>
          <w:rFonts w:ascii="Arial" w:hAnsi="Arial" w:cs="Arial"/>
          <w:b/>
        </w:rPr>
        <w:t>como</w:t>
      </w:r>
      <w:proofErr w:type="spellEnd"/>
      <w:r w:rsidR="00502C6F" w:rsidRPr="00502C6F">
        <w:rPr>
          <w:rFonts w:ascii="Arial" w:hAnsi="Arial" w:cs="Arial"/>
          <w:b/>
        </w:rPr>
        <w:t xml:space="preserve"> </w:t>
      </w:r>
      <w:proofErr w:type="spellStart"/>
      <w:r w:rsidR="00502C6F" w:rsidRPr="00502C6F">
        <w:rPr>
          <w:rFonts w:ascii="Arial" w:hAnsi="Arial" w:cs="Arial"/>
          <w:b/>
        </w:rPr>
        <w:t>fuente</w:t>
      </w:r>
      <w:proofErr w:type="spellEnd"/>
      <w:r w:rsidR="00502C6F" w:rsidRPr="00502C6F">
        <w:rPr>
          <w:rFonts w:ascii="Arial" w:hAnsi="Arial" w:cs="Arial"/>
          <w:b/>
        </w:rPr>
        <w:t xml:space="preserve"> de </w:t>
      </w:r>
      <w:proofErr w:type="spellStart"/>
      <w:r w:rsidR="00502C6F" w:rsidRPr="00502C6F">
        <w:rPr>
          <w:rFonts w:ascii="Arial" w:hAnsi="Arial" w:cs="Arial"/>
          <w:b/>
        </w:rPr>
        <w:t>pago</w:t>
      </w:r>
      <w:proofErr w:type="spellEnd"/>
      <w:r w:rsidR="00502C6F" w:rsidRPr="00502C6F">
        <w:rPr>
          <w:rFonts w:ascii="Arial" w:hAnsi="Arial" w:cs="Arial"/>
          <w:b/>
        </w:rPr>
        <w:t xml:space="preserve"> de un </w:t>
      </w:r>
      <w:proofErr w:type="spellStart"/>
      <w:r w:rsidR="00502C6F" w:rsidRPr="00502C6F">
        <w:rPr>
          <w:rFonts w:ascii="Arial" w:hAnsi="Arial" w:cs="Arial"/>
          <w:b/>
        </w:rPr>
        <w:t>porcentaje</w:t>
      </w:r>
      <w:proofErr w:type="spellEnd"/>
      <w:r w:rsidR="00502C6F" w:rsidRPr="00502C6F">
        <w:rPr>
          <w:rFonts w:ascii="Arial" w:hAnsi="Arial" w:cs="Arial"/>
          <w:b/>
        </w:rPr>
        <w:t xml:space="preserve"> del derecho a </w:t>
      </w:r>
      <w:proofErr w:type="spellStart"/>
      <w:r w:rsidR="00502C6F" w:rsidRPr="00502C6F">
        <w:rPr>
          <w:rFonts w:ascii="Arial" w:hAnsi="Arial" w:cs="Arial"/>
          <w:b/>
        </w:rPr>
        <w:t>recibir</w:t>
      </w:r>
      <w:proofErr w:type="spellEnd"/>
      <w:r w:rsidR="00502C6F" w:rsidRPr="00502C6F">
        <w:rPr>
          <w:rFonts w:ascii="Arial" w:hAnsi="Arial" w:cs="Arial"/>
          <w:b/>
        </w:rPr>
        <w:t xml:space="preserve"> y </w:t>
      </w:r>
      <w:proofErr w:type="spellStart"/>
      <w:r w:rsidR="00502C6F" w:rsidRPr="00502C6F">
        <w:rPr>
          <w:rFonts w:ascii="Arial" w:hAnsi="Arial" w:cs="Arial"/>
          <w:b/>
        </w:rPr>
        <w:t>los</w:t>
      </w:r>
      <w:proofErr w:type="spellEnd"/>
      <w:r w:rsidR="00502C6F" w:rsidRPr="00502C6F">
        <w:rPr>
          <w:rFonts w:ascii="Arial" w:hAnsi="Arial" w:cs="Arial"/>
          <w:b/>
        </w:rPr>
        <w:t xml:space="preserve"> </w:t>
      </w:r>
      <w:proofErr w:type="spellStart"/>
      <w:r w:rsidR="00502C6F" w:rsidRPr="00502C6F">
        <w:rPr>
          <w:rFonts w:ascii="Arial" w:hAnsi="Arial" w:cs="Arial"/>
          <w:b/>
        </w:rPr>
        <w:t>ingresos</w:t>
      </w:r>
      <w:proofErr w:type="spellEnd"/>
      <w:r w:rsidR="00502C6F" w:rsidRPr="00502C6F">
        <w:rPr>
          <w:rFonts w:ascii="Arial" w:hAnsi="Arial" w:cs="Arial"/>
          <w:b/>
        </w:rPr>
        <w:t xml:space="preserve"> </w:t>
      </w:r>
      <w:proofErr w:type="spellStart"/>
      <w:r w:rsidR="00502C6F" w:rsidRPr="00502C6F">
        <w:rPr>
          <w:rFonts w:ascii="Arial" w:hAnsi="Arial" w:cs="Arial"/>
          <w:b/>
        </w:rPr>
        <w:t>que</w:t>
      </w:r>
      <w:proofErr w:type="spellEnd"/>
      <w:r w:rsidR="00502C6F" w:rsidRPr="00502C6F">
        <w:rPr>
          <w:rFonts w:ascii="Arial" w:hAnsi="Arial" w:cs="Arial"/>
          <w:b/>
        </w:rPr>
        <w:t xml:space="preserve"> </w:t>
      </w:r>
      <w:proofErr w:type="spellStart"/>
      <w:r w:rsidR="00502C6F" w:rsidRPr="00502C6F">
        <w:rPr>
          <w:rFonts w:ascii="Arial" w:hAnsi="Arial" w:cs="Arial"/>
          <w:b/>
        </w:rPr>
        <w:t>individualmente</w:t>
      </w:r>
      <w:proofErr w:type="spellEnd"/>
      <w:r w:rsidR="00502C6F" w:rsidRPr="00502C6F">
        <w:rPr>
          <w:rFonts w:ascii="Arial" w:hAnsi="Arial" w:cs="Arial"/>
          <w:b/>
        </w:rPr>
        <w:t xml:space="preserve"> les </w:t>
      </w:r>
      <w:proofErr w:type="spellStart"/>
      <w:r w:rsidR="00502C6F" w:rsidRPr="00502C6F">
        <w:rPr>
          <w:rFonts w:ascii="Arial" w:hAnsi="Arial" w:cs="Arial"/>
          <w:b/>
        </w:rPr>
        <w:t>correspondan</w:t>
      </w:r>
      <w:proofErr w:type="spellEnd"/>
      <w:r w:rsidR="00502C6F" w:rsidRPr="00502C6F">
        <w:rPr>
          <w:rFonts w:ascii="Arial" w:hAnsi="Arial" w:cs="Arial"/>
          <w:b/>
        </w:rPr>
        <w:t xml:space="preserve"> del Fondo de </w:t>
      </w:r>
      <w:proofErr w:type="spellStart"/>
      <w:r w:rsidR="00502C6F" w:rsidRPr="00502C6F">
        <w:rPr>
          <w:rFonts w:ascii="Arial" w:hAnsi="Arial" w:cs="Arial"/>
          <w:b/>
        </w:rPr>
        <w:t>Aportaciones</w:t>
      </w:r>
      <w:proofErr w:type="spellEnd"/>
      <w:r w:rsidR="00502C6F" w:rsidRPr="00502C6F">
        <w:rPr>
          <w:rFonts w:ascii="Arial" w:hAnsi="Arial" w:cs="Arial"/>
          <w:b/>
        </w:rPr>
        <w:t xml:space="preserve"> para la </w:t>
      </w:r>
      <w:proofErr w:type="spellStart"/>
      <w:r w:rsidR="00502C6F" w:rsidRPr="00502C6F">
        <w:rPr>
          <w:rFonts w:ascii="Arial" w:hAnsi="Arial" w:cs="Arial"/>
          <w:b/>
        </w:rPr>
        <w:t>Infraestructura</w:t>
      </w:r>
      <w:proofErr w:type="spellEnd"/>
      <w:r w:rsidR="00502C6F" w:rsidRPr="00502C6F">
        <w:rPr>
          <w:rFonts w:ascii="Arial" w:hAnsi="Arial" w:cs="Arial"/>
          <w:b/>
        </w:rPr>
        <w:t xml:space="preserve"> Social Municipal y de las </w:t>
      </w:r>
      <w:proofErr w:type="spellStart"/>
      <w:r w:rsidR="00502C6F" w:rsidRPr="00502C6F">
        <w:rPr>
          <w:rFonts w:ascii="Arial" w:hAnsi="Arial" w:cs="Arial"/>
          <w:b/>
        </w:rPr>
        <w:t>Demarcaciones</w:t>
      </w:r>
      <w:proofErr w:type="spellEnd"/>
      <w:r w:rsidR="00502C6F" w:rsidRPr="00502C6F">
        <w:rPr>
          <w:rFonts w:ascii="Arial" w:hAnsi="Arial" w:cs="Arial"/>
          <w:b/>
        </w:rPr>
        <w:t xml:space="preserve"> </w:t>
      </w:r>
      <w:proofErr w:type="spellStart"/>
      <w:r w:rsidR="00502C6F" w:rsidRPr="00502C6F">
        <w:rPr>
          <w:rFonts w:ascii="Arial" w:hAnsi="Arial" w:cs="Arial"/>
          <w:b/>
        </w:rPr>
        <w:t>Territoriales</w:t>
      </w:r>
      <w:proofErr w:type="spellEnd"/>
      <w:r w:rsidR="00502C6F" w:rsidRPr="00502C6F">
        <w:rPr>
          <w:rFonts w:ascii="Arial" w:hAnsi="Arial" w:cs="Arial"/>
          <w:b/>
        </w:rPr>
        <w:t xml:space="preserve"> del Distrito Federal, y la </w:t>
      </w:r>
      <w:proofErr w:type="spellStart"/>
      <w:r w:rsidR="00502C6F" w:rsidRPr="00502C6F">
        <w:rPr>
          <w:rFonts w:ascii="Arial" w:hAnsi="Arial" w:cs="Arial"/>
          <w:b/>
        </w:rPr>
        <w:t>celebración</w:t>
      </w:r>
      <w:proofErr w:type="spellEnd"/>
      <w:r w:rsidR="00502C6F" w:rsidRPr="00502C6F">
        <w:rPr>
          <w:rFonts w:ascii="Arial" w:hAnsi="Arial" w:cs="Arial"/>
          <w:b/>
        </w:rPr>
        <w:t xml:space="preserve"> de </w:t>
      </w:r>
      <w:proofErr w:type="spellStart"/>
      <w:r w:rsidR="00502C6F" w:rsidRPr="00502C6F">
        <w:rPr>
          <w:rFonts w:ascii="Arial" w:hAnsi="Arial" w:cs="Arial"/>
          <w:b/>
        </w:rPr>
        <w:t>los</w:t>
      </w:r>
      <w:proofErr w:type="spellEnd"/>
      <w:r w:rsidR="00502C6F" w:rsidRPr="00502C6F">
        <w:rPr>
          <w:rFonts w:ascii="Arial" w:hAnsi="Arial" w:cs="Arial"/>
          <w:b/>
        </w:rPr>
        <w:t xml:space="preserve"> </w:t>
      </w:r>
      <w:proofErr w:type="spellStart"/>
      <w:r w:rsidR="00502C6F" w:rsidRPr="00502C6F">
        <w:rPr>
          <w:rFonts w:ascii="Arial" w:hAnsi="Arial" w:cs="Arial"/>
          <w:b/>
        </w:rPr>
        <w:t>mecanismos</w:t>
      </w:r>
      <w:proofErr w:type="spellEnd"/>
      <w:r w:rsidR="00502C6F" w:rsidRPr="00502C6F">
        <w:rPr>
          <w:rFonts w:ascii="Arial" w:hAnsi="Arial" w:cs="Arial"/>
          <w:b/>
        </w:rPr>
        <w:t xml:space="preserve"> de </w:t>
      </w:r>
      <w:proofErr w:type="spellStart"/>
      <w:r w:rsidR="00502C6F" w:rsidRPr="00502C6F">
        <w:rPr>
          <w:rFonts w:ascii="Arial" w:hAnsi="Arial" w:cs="Arial"/>
          <w:b/>
        </w:rPr>
        <w:t>pago</w:t>
      </w:r>
      <w:proofErr w:type="spellEnd"/>
      <w:r w:rsidR="00502C6F" w:rsidRPr="00502C6F">
        <w:rPr>
          <w:rFonts w:ascii="Arial" w:hAnsi="Arial" w:cs="Arial"/>
          <w:b/>
        </w:rPr>
        <w:t xml:space="preserve"> de </w:t>
      </w:r>
      <w:proofErr w:type="spellStart"/>
      <w:r w:rsidR="00502C6F" w:rsidRPr="00502C6F">
        <w:rPr>
          <w:rFonts w:ascii="Arial" w:hAnsi="Arial" w:cs="Arial"/>
          <w:b/>
        </w:rPr>
        <w:t>los</w:t>
      </w:r>
      <w:proofErr w:type="spellEnd"/>
      <w:r w:rsidR="00502C6F" w:rsidRPr="00502C6F">
        <w:rPr>
          <w:rFonts w:ascii="Arial" w:hAnsi="Arial" w:cs="Arial"/>
          <w:b/>
        </w:rPr>
        <w:t xml:space="preserve"> </w:t>
      </w:r>
      <w:proofErr w:type="spellStart"/>
      <w:r w:rsidR="00502C6F" w:rsidRPr="00502C6F">
        <w:rPr>
          <w:rFonts w:ascii="Arial" w:hAnsi="Arial" w:cs="Arial"/>
          <w:b/>
        </w:rPr>
        <w:t>financiamientos</w:t>
      </w:r>
      <w:proofErr w:type="spellEnd"/>
      <w:r w:rsidR="00502C6F" w:rsidRPr="00502C6F">
        <w:rPr>
          <w:rFonts w:ascii="Arial" w:hAnsi="Arial" w:cs="Arial"/>
          <w:b/>
        </w:rPr>
        <w:t xml:space="preserve"> </w:t>
      </w:r>
      <w:proofErr w:type="spellStart"/>
      <w:r w:rsidR="00502C6F" w:rsidRPr="00502C6F">
        <w:rPr>
          <w:rFonts w:ascii="Arial" w:hAnsi="Arial" w:cs="Arial"/>
          <w:b/>
        </w:rPr>
        <w:t>que</w:t>
      </w:r>
      <w:proofErr w:type="spellEnd"/>
      <w:r w:rsidR="00502C6F" w:rsidRPr="00502C6F">
        <w:rPr>
          <w:rFonts w:ascii="Arial" w:hAnsi="Arial" w:cs="Arial"/>
          <w:b/>
        </w:rPr>
        <w:t xml:space="preserve"> </w:t>
      </w:r>
      <w:proofErr w:type="spellStart"/>
      <w:r w:rsidR="00502C6F" w:rsidRPr="00502C6F">
        <w:rPr>
          <w:rFonts w:ascii="Arial" w:hAnsi="Arial" w:cs="Arial"/>
          <w:b/>
        </w:rPr>
        <w:t>contraten</w:t>
      </w:r>
      <w:proofErr w:type="spellEnd"/>
      <w:r w:rsidR="00560C2E" w:rsidRPr="00C24675">
        <w:rPr>
          <w:rFonts w:ascii="Arial" w:eastAsia="Times New Roman" w:hAnsi="Arial" w:cs="Arial"/>
          <w:noProof/>
          <w:lang w:val="es-MX" w:eastAsia="es-MX"/>
        </w:rPr>
        <w:t xml:space="preserve">, al tenor de la siguiente: </w:t>
      </w:r>
    </w:p>
    <w:p w14:paraId="252BED26" w14:textId="7C28A0A3" w:rsidR="007F37FC" w:rsidRPr="00C24675" w:rsidRDefault="00652793" w:rsidP="00C65FB1">
      <w:pPr>
        <w:spacing w:after="0" w:line="360" w:lineRule="auto"/>
        <w:jc w:val="center"/>
        <w:rPr>
          <w:rFonts w:ascii="Arial" w:hAnsi="Arial" w:cs="Arial"/>
          <w:b/>
          <w:bCs/>
          <w:lang w:val="es-MX"/>
        </w:rPr>
      </w:pPr>
      <w:r w:rsidRPr="00C24675">
        <w:rPr>
          <w:rFonts w:ascii="Arial" w:hAnsi="Arial" w:cs="Arial"/>
          <w:b/>
          <w:bCs/>
          <w:noProof/>
          <w:lang w:val="es-MX"/>
        </w:rPr>
        <w:t>E</w:t>
      </w:r>
      <w:r w:rsidR="00405280" w:rsidRPr="00C24675">
        <w:rPr>
          <w:rFonts w:ascii="Arial" w:hAnsi="Arial" w:cs="Arial"/>
          <w:b/>
          <w:bCs/>
          <w:noProof/>
          <w:lang w:val="es-MX"/>
        </w:rPr>
        <w:t xml:space="preserve"> </w:t>
      </w:r>
      <w:r w:rsidRPr="00C24675">
        <w:rPr>
          <w:rFonts w:ascii="Arial" w:hAnsi="Arial" w:cs="Arial"/>
          <w:b/>
          <w:bCs/>
          <w:noProof/>
          <w:lang w:val="es-MX"/>
        </w:rPr>
        <w:t>X</w:t>
      </w:r>
      <w:r w:rsidR="00405280" w:rsidRPr="00C24675">
        <w:rPr>
          <w:rFonts w:ascii="Arial" w:hAnsi="Arial" w:cs="Arial"/>
          <w:b/>
          <w:bCs/>
          <w:noProof/>
          <w:lang w:val="es-MX"/>
        </w:rPr>
        <w:t xml:space="preserve"> </w:t>
      </w:r>
      <w:r w:rsidRPr="00C24675">
        <w:rPr>
          <w:rFonts w:ascii="Arial" w:hAnsi="Arial" w:cs="Arial"/>
          <w:b/>
          <w:bCs/>
          <w:noProof/>
          <w:lang w:val="es-MX"/>
        </w:rPr>
        <w:t>P</w:t>
      </w:r>
      <w:r w:rsidR="00405280" w:rsidRPr="00C24675">
        <w:rPr>
          <w:rFonts w:ascii="Arial" w:hAnsi="Arial" w:cs="Arial"/>
          <w:b/>
          <w:bCs/>
          <w:noProof/>
          <w:lang w:val="es-MX"/>
        </w:rPr>
        <w:t xml:space="preserve"> </w:t>
      </w:r>
      <w:r w:rsidRPr="00C24675">
        <w:rPr>
          <w:rFonts w:ascii="Arial" w:hAnsi="Arial" w:cs="Arial"/>
          <w:b/>
          <w:bCs/>
          <w:noProof/>
          <w:lang w:val="es-MX"/>
        </w:rPr>
        <w:t>O</w:t>
      </w:r>
      <w:r w:rsidR="00405280" w:rsidRPr="00C24675">
        <w:rPr>
          <w:rFonts w:ascii="Arial" w:hAnsi="Arial" w:cs="Arial"/>
          <w:b/>
          <w:bCs/>
          <w:noProof/>
          <w:lang w:val="es-MX"/>
        </w:rPr>
        <w:t xml:space="preserve"> </w:t>
      </w:r>
      <w:r w:rsidRPr="00C24675">
        <w:rPr>
          <w:rFonts w:ascii="Arial" w:hAnsi="Arial" w:cs="Arial"/>
          <w:b/>
          <w:bCs/>
          <w:noProof/>
          <w:lang w:val="es-MX"/>
        </w:rPr>
        <w:t>S</w:t>
      </w:r>
      <w:r w:rsidR="00405280" w:rsidRPr="00C24675">
        <w:rPr>
          <w:rFonts w:ascii="Arial" w:hAnsi="Arial" w:cs="Arial"/>
          <w:b/>
          <w:bCs/>
          <w:noProof/>
          <w:lang w:val="es-MX"/>
        </w:rPr>
        <w:t xml:space="preserve"> </w:t>
      </w:r>
      <w:r w:rsidRPr="00C24675">
        <w:rPr>
          <w:rFonts w:ascii="Arial" w:hAnsi="Arial" w:cs="Arial"/>
          <w:b/>
          <w:bCs/>
          <w:noProof/>
          <w:lang w:val="es-MX"/>
        </w:rPr>
        <w:t>I</w:t>
      </w:r>
      <w:r w:rsidR="00405280" w:rsidRPr="00C24675">
        <w:rPr>
          <w:rFonts w:ascii="Arial" w:hAnsi="Arial" w:cs="Arial"/>
          <w:b/>
          <w:bCs/>
          <w:noProof/>
          <w:lang w:val="es-MX"/>
        </w:rPr>
        <w:t xml:space="preserve"> </w:t>
      </w:r>
      <w:r w:rsidRPr="00C24675">
        <w:rPr>
          <w:rFonts w:ascii="Arial" w:hAnsi="Arial" w:cs="Arial"/>
          <w:b/>
          <w:bCs/>
          <w:noProof/>
          <w:lang w:val="es-MX"/>
        </w:rPr>
        <w:t>C</w:t>
      </w:r>
      <w:r w:rsidR="00405280" w:rsidRPr="00C24675">
        <w:rPr>
          <w:rFonts w:ascii="Arial" w:hAnsi="Arial" w:cs="Arial"/>
          <w:b/>
          <w:bCs/>
          <w:noProof/>
          <w:lang w:val="es-MX"/>
        </w:rPr>
        <w:t xml:space="preserve"> </w:t>
      </w:r>
      <w:r w:rsidRPr="00C24675">
        <w:rPr>
          <w:rFonts w:ascii="Arial" w:hAnsi="Arial" w:cs="Arial"/>
          <w:b/>
          <w:bCs/>
          <w:noProof/>
          <w:lang w:val="es-MX"/>
        </w:rPr>
        <w:t>I</w:t>
      </w:r>
      <w:r w:rsidR="00405280" w:rsidRPr="00C24675">
        <w:rPr>
          <w:rFonts w:ascii="Arial" w:hAnsi="Arial" w:cs="Arial"/>
          <w:b/>
          <w:bCs/>
          <w:noProof/>
          <w:lang w:val="es-MX"/>
        </w:rPr>
        <w:t xml:space="preserve"> </w:t>
      </w:r>
      <w:r w:rsidRPr="00C24675">
        <w:rPr>
          <w:rFonts w:ascii="Arial" w:hAnsi="Arial" w:cs="Arial"/>
          <w:b/>
          <w:bCs/>
          <w:noProof/>
          <w:lang w:val="es-MX"/>
        </w:rPr>
        <w:t>Ó</w:t>
      </w:r>
      <w:r w:rsidR="00405280" w:rsidRPr="00C24675">
        <w:rPr>
          <w:rFonts w:ascii="Arial" w:hAnsi="Arial" w:cs="Arial"/>
          <w:b/>
          <w:bCs/>
          <w:noProof/>
          <w:lang w:val="es-MX"/>
        </w:rPr>
        <w:t xml:space="preserve"> </w:t>
      </w:r>
      <w:r w:rsidRPr="00C24675">
        <w:rPr>
          <w:rFonts w:ascii="Arial" w:hAnsi="Arial" w:cs="Arial"/>
          <w:b/>
          <w:bCs/>
          <w:noProof/>
          <w:lang w:val="es-MX"/>
        </w:rPr>
        <w:t>N</w:t>
      </w:r>
      <w:r w:rsidR="00405280" w:rsidRPr="00C24675">
        <w:rPr>
          <w:rFonts w:ascii="Arial" w:hAnsi="Arial" w:cs="Arial"/>
          <w:b/>
          <w:bCs/>
          <w:noProof/>
          <w:lang w:val="es-MX"/>
        </w:rPr>
        <w:t xml:space="preserve">  </w:t>
      </w:r>
      <w:r w:rsidRPr="00C24675">
        <w:rPr>
          <w:rFonts w:ascii="Arial" w:hAnsi="Arial" w:cs="Arial"/>
          <w:b/>
          <w:bCs/>
          <w:lang w:val="es-MX"/>
        </w:rPr>
        <w:t xml:space="preserve"> D</w:t>
      </w:r>
      <w:r w:rsidR="00405280" w:rsidRPr="00C24675">
        <w:rPr>
          <w:rFonts w:ascii="Arial" w:hAnsi="Arial" w:cs="Arial"/>
          <w:b/>
          <w:bCs/>
          <w:lang w:val="es-MX"/>
        </w:rPr>
        <w:t xml:space="preserve"> </w:t>
      </w:r>
      <w:r w:rsidRPr="00C24675">
        <w:rPr>
          <w:rFonts w:ascii="Arial" w:hAnsi="Arial" w:cs="Arial"/>
          <w:b/>
          <w:bCs/>
          <w:lang w:val="es-MX"/>
        </w:rPr>
        <w:t>E</w:t>
      </w:r>
      <w:r w:rsidR="00405280" w:rsidRPr="00C24675">
        <w:rPr>
          <w:rFonts w:ascii="Arial" w:hAnsi="Arial" w:cs="Arial"/>
          <w:b/>
          <w:bCs/>
          <w:lang w:val="es-MX"/>
        </w:rPr>
        <w:t xml:space="preserve">  </w:t>
      </w:r>
      <w:r w:rsidRPr="00C24675">
        <w:rPr>
          <w:rFonts w:ascii="Arial" w:hAnsi="Arial" w:cs="Arial"/>
          <w:b/>
          <w:bCs/>
          <w:lang w:val="es-MX"/>
        </w:rPr>
        <w:t xml:space="preserve"> M</w:t>
      </w:r>
      <w:r w:rsidR="00405280" w:rsidRPr="00C24675">
        <w:rPr>
          <w:rFonts w:ascii="Arial" w:hAnsi="Arial" w:cs="Arial"/>
          <w:b/>
          <w:bCs/>
          <w:lang w:val="es-MX"/>
        </w:rPr>
        <w:t xml:space="preserve"> </w:t>
      </w:r>
      <w:r w:rsidRPr="00C24675">
        <w:rPr>
          <w:rFonts w:ascii="Arial" w:hAnsi="Arial" w:cs="Arial"/>
          <w:b/>
          <w:bCs/>
          <w:lang w:val="es-MX"/>
        </w:rPr>
        <w:t>O</w:t>
      </w:r>
      <w:r w:rsidR="00405280" w:rsidRPr="00C24675">
        <w:rPr>
          <w:rFonts w:ascii="Arial" w:hAnsi="Arial" w:cs="Arial"/>
          <w:b/>
          <w:bCs/>
          <w:lang w:val="es-MX"/>
        </w:rPr>
        <w:t xml:space="preserve"> </w:t>
      </w:r>
      <w:r w:rsidRPr="00C24675">
        <w:rPr>
          <w:rFonts w:ascii="Arial" w:hAnsi="Arial" w:cs="Arial"/>
          <w:b/>
          <w:bCs/>
          <w:lang w:val="es-MX"/>
        </w:rPr>
        <w:t>T</w:t>
      </w:r>
      <w:r w:rsidR="00405280" w:rsidRPr="00C24675">
        <w:rPr>
          <w:rFonts w:ascii="Arial" w:hAnsi="Arial" w:cs="Arial"/>
          <w:b/>
          <w:bCs/>
          <w:lang w:val="es-MX"/>
        </w:rPr>
        <w:t xml:space="preserve"> </w:t>
      </w:r>
      <w:r w:rsidRPr="00C24675">
        <w:rPr>
          <w:rFonts w:ascii="Arial" w:hAnsi="Arial" w:cs="Arial"/>
          <w:b/>
          <w:bCs/>
          <w:lang w:val="es-MX"/>
        </w:rPr>
        <w:t>I</w:t>
      </w:r>
      <w:r w:rsidR="00405280" w:rsidRPr="00C24675">
        <w:rPr>
          <w:rFonts w:ascii="Arial" w:hAnsi="Arial" w:cs="Arial"/>
          <w:b/>
          <w:bCs/>
          <w:lang w:val="es-MX"/>
        </w:rPr>
        <w:t xml:space="preserve"> </w:t>
      </w:r>
      <w:r w:rsidRPr="00C24675">
        <w:rPr>
          <w:rFonts w:ascii="Arial" w:hAnsi="Arial" w:cs="Arial"/>
          <w:b/>
          <w:bCs/>
          <w:lang w:val="es-MX"/>
        </w:rPr>
        <w:t>V</w:t>
      </w:r>
      <w:r w:rsidR="00405280" w:rsidRPr="00C24675">
        <w:rPr>
          <w:rFonts w:ascii="Arial" w:hAnsi="Arial" w:cs="Arial"/>
          <w:b/>
          <w:bCs/>
          <w:lang w:val="es-MX"/>
        </w:rPr>
        <w:t xml:space="preserve"> </w:t>
      </w:r>
      <w:r w:rsidRPr="00C24675">
        <w:rPr>
          <w:rFonts w:ascii="Arial" w:hAnsi="Arial" w:cs="Arial"/>
          <w:b/>
          <w:bCs/>
          <w:lang w:val="es-MX"/>
        </w:rPr>
        <w:t>O</w:t>
      </w:r>
      <w:r w:rsidR="00405280" w:rsidRPr="00C24675">
        <w:rPr>
          <w:rFonts w:ascii="Arial" w:hAnsi="Arial" w:cs="Arial"/>
          <w:b/>
          <w:bCs/>
          <w:lang w:val="es-MX"/>
        </w:rPr>
        <w:t xml:space="preserve"> </w:t>
      </w:r>
      <w:r w:rsidRPr="00C24675">
        <w:rPr>
          <w:rFonts w:ascii="Arial" w:hAnsi="Arial" w:cs="Arial"/>
          <w:b/>
          <w:bCs/>
          <w:lang w:val="es-MX"/>
        </w:rPr>
        <w:t>S</w:t>
      </w:r>
    </w:p>
    <w:p w14:paraId="193AEB25" w14:textId="77777777" w:rsidR="00570962" w:rsidRPr="00281B85" w:rsidRDefault="00570962" w:rsidP="00570962">
      <w:pPr>
        <w:spacing w:after="0" w:line="360" w:lineRule="auto"/>
        <w:jc w:val="center"/>
        <w:rPr>
          <w:rFonts w:ascii="Arial" w:hAnsi="Arial" w:cs="Arial"/>
          <w:b/>
          <w:bCs/>
          <w:sz w:val="24"/>
          <w:szCs w:val="24"/>
          <w:lang w:val="es-MX"/>
        </w:rPr>
      </w:pPr>
    </w:p>
    <w:p w14:paraId="452278C4" w14:textId="3ECE151D" w:rsidR="00C65FB1" w:rsidRPr="005E3F67" w:rsidRDefault="00405280" w:rsidP="009C3434">
      <w:pPr>
        <w:spacing w:after="0" w:line="360" w:lineRule="auto"/>
        <w:jc w:val="both"/>
        <w:rPr>
          <w:rFonts w:ascii="Arial" w:eastAsia="Times New Roman" w:hAnsi="Arial" w:cs="Arial"/>
          <w:lang w:val="es-MX"/>
        </w:rPr>
      </w:pPr>
      <w:r>
        <w:rPr>
          <w:rFonts w:ascii="Arial" w:eastAsia="Times New Roman" w:hAnsi="Arial" w:cs="Arial"/>
          <w:lang w:val="es-MX"/>
        </w:rPr>
        <w:t>E</w:t>
      </w:r>
      <w:r w:rsidR="0012753A" w:rsidRPr="005E3F67">
        <w:rPr>
          <w:rFonts w:ascii="Arial" w:eastAsia="Times New Roman" w:hAnsi="Arial" w:cs="Arial"/>
          <w:lang w:val="es-MX"/>
        </w:rPr>
        <w:t xml:space="preserve">l artículo 117, fracción VIII de la Constitución Política de los Estados Unidos Mexicanos, </w:t>
      </w:r>
      <w:r w:rsidR="00A9502C">
        <w:rPr>
          <w:rFonts w:ascii="Arial" w:eastAsia="Times New Roman" w:hAnsi="Arial" w:cs="Arial"/>
          <w:lang w:val="es-MX"/>
        </w:rPr>
        <w:t>establece que</w:t>
      </w:r>
      <w:r w:rsidR="0012753A" w:rsidRPr="005E3F67">
        <w:rPr>
          <w:rFonts w:ascii="Arial" w:eastAsia="Times New Roman" w:hAnsi="Arial" w:cs="Arial"/>
          <w:lang w:val="es-MX"/>
        </w:rPr>
        <w:t xml:space="preserve"> los Estados y Municipios </w:t>
      </w:r>
      <w:r w:rsidR="00A9502C">
        <w:rPr>
          <w:rFonts w:ascii="Arial" w:eastAsia="Times New Roman" w:hAnsi="Arial" w:cs="Arial"/>
          <w:lang w:val="es-MX"/>
        </w:rPr>
        <w:t>puedan</w:t>
      </w:r>
      <w:r w:rsidR="0012753A" w:rsidRPr="005E3F67">
        <w:rPr>
          <w:rFonts w:ascii="Arial" w:eastAsia="Times New Roman" w:hAnsi="Arial" w:cs="Arial"/>
          <w:lang w:val="es-MX"/>
        </w:rPr>
        <w:t xml:space="preserve"> contratar obligaciones o empréstitos cuando </w:t>
      </w:r>
      <w:r w:rsidR="00A9502C">
        <w:rPr>
          <w:rFonts w:ascii="Arial" w:eastAsia="Times New Roman" w:hAnsi="Arial" w:cs="Arial"/>
          <w:lang w:val="es-MX"/>
        </w:rPr>
        <w:t xml:space="preserve">estos </w:t>
      </w:r>
      <w:r w:rsidR="0012753A" w:rsidRPr="005E3F67">
        <w:rPr>
          <w:rFonts w:ascii="Arial" w:eastAsia="Times New Roman" w:hAnsi="Arial" w:cs="Arial"/>
          <w:lang w:val="es-MX"/>
        </w:rPr>
        <w:t>se</w:t>
      </w:r>
      <w:r w:rsidR="00A9502C">
        <w:rPr>
          <w:rFonts w:ascii="Arial" w:eastAsia="Times New Roman" w:hAnsi="Arial" w:cs="Arial"/>
          <w:lang w:val="es-MX"/>
        </w:rPr>
        <w:t>an</w:t>
      </w:r>
      <w:r w:rsidR="0012753A" w:rsidRPr="005E3F67">
        <w:rPr>
          <w:rFonts w:ascii="Arial" w:eastAsia="Times New Roman" w:hAnsi="Arial" w:cs="Arial"/>
          <w:lang w:val="es-MX"/>
        </w:rPr>
        <w:t xml:space="preserve"> destin</w:t>
      </w:r>
      <w:r w:rsidR="00A9502C">
        <w:rPr>
          <w:rFonts w:ascii="Arial" w:eastAsia="Times New Roman" w:hAnsi="Arial" w:cs="Arial"/>
          <w:lang w:val="es-MX"/>
        </w:rPr>
        <w:t>ados</w:t>
      </w:r>
      <w:r w:rsidR="0012753A" w:rsidRPr="005E3F67">
        <w:rPr>
          <w:rFonts w:ascii="Arial" w:eastAsia="Times New Roman" w:hAnsi="Arial" w:cs="Arial"/>
          <w:lang w:val="es-MX"/>
        </w:rPr>
        <w:t xml:space="preserve"> a inversiones públicas productivas</w:t>
      </w:r>
      <w:r w:rsidR="00A9502C">
        <w:rPr>
          <w:rFonts w:ascii="Arial" w:eastAsia="Times New Roman" w:hAnsi="Arial" w:cs="Arial"/>
          <w:lang w:val="es-MX"/>
        </w:rPr>
        <w:t>, así como</w:t>
      </w:r>
      <w:r w:rsidR="0012753A" w:rsidRPr="005E3F67">
        <w:rPr>
          <w:rFonts w:ascii="Arial" w:eastAsia="Times New Roman" w:hAnsi="Arial" w:cs="Arial"/>
          <w:lang w:val="es-MX"/>
        </w:rPr>
        <w:t xml:space="preserve"> a su refinanciamiento o reestructura, bajo las mejores condiciones del mercado, conforme a las bases que establezcan las legislaturas locales, por los conceptos y hasta por los montos que las mismas aprueben. Partiendo de lo anterior, las legislaturas locales, por el voto de las dos terceras partes de sus miembros presentes, deberán autorizar los montos máximos para la contratación de dichos empréstitos, previo análisis de su destino, </w:t>
      </w:r>
      <w:r w:rsidR="0012753A" w:rsidRPr="005E3F67">
        <w:rPr>
          <w:rFonts w:ascii="Arial" w:eastAsia="Times New Roman" w:hAnsi="Arial" w:cs="Arial"/>
          <w:lang w:val="es-MX"/>
        </w:rPr>
        <w:lastRenderedPageBreak/>
        <w:t>capacidad de pago y, en su caso, el otorgamiento de garantías o el establecimiento de la fuente de pago.</w:t>
      </w:r>
    </w:p>
    <w:p w14:paraId="168C80F1" w14:textId="77777777" w:rsidR="0012753A" w:rsidRDefault="0012753A" w:rsidP="009C3434">
      <w:pPr>
        <w:spacing w:after="0" w:line="360" w:lineRule="auto"/>
        <w:jc w:val="both"/>
        <w:rPr>
          <w:rFonts w:ascii="Arial" w:eastAsia="Times New Roman" w:hAnsi="Arial" w:cs="Arial"/>
          <w:lang w:val="es-MX"/>
        </w:rPr>
      </w:pPr>
    </w:p>
    <w:p w14:paraId="18A0E029" w14:textId="45F1153D" w:rsidR="0012753A" w:rsidRPr="0012753A" w:rsidRDefault="0012753A" w:rsidP="0012753A">
      <w:pPr>
        <w:spacing w:after="0" w:line="360" w:lineRule="auto"/>
        <w:jc w:val="both"/>
        <w:rPr>
          <w:rFonts w:ascii="Arial" w:eastAsia="Times New Roman" w:hAnsi="Arial" w:cs="Arial"/>
          <w:lang w:val="es-MX"/>
        </w:rPr>
      </w:pPr>
      <w:r w:rsidRPr="0012753A">
        <w:rPr>
          <w:rFonts w:ascii="Arial" w:eastAsia="Times New Roman" w:hAnsi="Arial" w:cs="Arial"/>
          <w:b/>
          <w:lang w:val="es-MX"/>
        </w:rPr>
        <w:t xml:space="preserve"> </w:t>
      </w:r>
      <w:r w:rsidR="00405280">
        <w:rPr>
          <w:rFonts w:ascii="Arial" w:eastAsia="Times New Roman" w:hAnsi="Arial" w:cs="Arial"/>
          <w:b/>
          <w:lang w:val="es-MX"/>
        </w:rPr>
        <w:tab/>
      </w:r>
      <w:r w:rsidR="00405280">
        <w:rPr>
          <w:rFonts w:ascii="Arial" w:eastAsia="Times New Roman" w:hAnsi="Arial" w:cs="Arial"/>
          <w:bCs/>
          <w:lang w:val="es-MX"/>
        </w:rPr>
        <w:t>Asimismo,</w:t>
      </w:r>
      <w:r w:rsidRPr="0012753A">
        <w:rPr>
          <w:rFonts w:ascii="Arial" w:eastAsia="Times New Roman" w:hAnsi="Arial" w:cs="Arial"/>
          <w:lang w:val="es-MX"/>
        </w:rPr>
        <w:t xml:space="preserve"> con el propósito de acelerar y mejorar las condiciones municipales en materia de desarrollo social, en el 2007 se reformó la Ley de Coordinación Fiscal con el objeto de establecer nuevas reglas para el ejercicio de las aportaciones federales, así como del Fondo de Aportaciones para la Infraestructura Social (en adelante FAIS), dicha reforma permite la afectación de hasta el 25% como fuente de pago de los financiamientos</w:t>
      </w:r>
      <w:r w:rsidRPr="0012753A">
        <w:rPr>
          <w:rFonts w:ascii="Arial" w:eastAsia="Times New Roman" w:hAnsi="Arial" w:cs="Arial"/>
          <w:b/>
          <w:lang w:val="es-MX"/>
        </w:rPr>
        <w:t xml:space="preserve"> </w:t>
      </w:r>
      <w:r w:rsidRPr="0012753A">
        <w:rPr>
          <w:rFonts w:ascii="Arial" w:eastAsia="Times New Roman" w:hAnsi="Arial" w:cs="Arial"/>
          <w:lang w:val="es-MX"/>
        </w:rPr>
        <w:t xml:space="preserve">a cargo de las entidades federativas, de los  municipios y de las demarcaciones territoriales del Distrito Federal (hoy Ciudad de México), dichos recursos deben ser destinados a los fines autorizados en el artículo 33 de la citada Ley. </w:t>
      </w:r>
    </w:p>
    <w:p w14:paraId="6EC43A04" w14:textId="77777777" w:rsidR="0012753A" w:rsidRPr="0012753A" w:rsidRDefault="0012753A" w:rsidP="0012753A">
      <w:pPr>
        <w:spacing w:after="0" w:line="360" w:lineRule="auto"/>
        <w:jc w:val="both"/>
        <w:rPr>
          <w:rFonts w:ascii="Arial" w:eastAsia="Times New Roman" w:hAnsi="Arial" w:cs="Arial"/>
          <w:lang w:val="es-MX"/>
        </w:rPr>
      </w:pPr>
    </w:p>
    <w:p w14:paraId="00EF04C5" w14:textId="5CF2E6F1" w:rsidR="0012753A" w:rsidRDefault="00405280" w:rsidP="00405280">
      <w:pPr>
        <w:spacing w:after="0" w:line="360" w:lineRule="auto"/>
        <w:ind w:firstLine="720"/>
        <w:jc w:val="both"/>
        <w:rPr>
          <w:rFonts w:ascii="Arial" w:eastAsia="Times New Roman" w:hAnsi="Arial" w:cs="Arial"/>
          <w:lang w:val="es-MX"/>
        </w:rPr>
      </w:pPr>
      <w:r>
        <w:rPr>
          <w:rFonts w:ascii="Arial" w:eastAsia="Times New Roman" w:hAnsi="Arial" w:cs="Arial"/>
          <w:lang w:val="es-MX"/>
        </w:rPr>
        <w:t>En este sentido</w:t>
      </w:r>
      <w:r w:rsidR="0012753A" w:rsidRPr="0012753A">
        <w:rPr>
          <w:rFonts w:ascii="Arial" w:eastAsia="Times New Roman" w:hAnsi="Arial" w:cs="Arial"/>
          <w:lang w:val="es-MX"/>
        </w:rPr>
        <w:t xml:space="preserve">, en el artículo 50 de la Ley de Coordinación Fiscal se establece la opción para que, en el caso de existir obligaciones pagaderas en dos o más ejercicios fiscales, cada año podrá destinarse al servicio de </w:t>
      </w:r>
      <w:proofErr w:type="gramStart"/>
      <w:r w:rsidR="0012753A" w:rsidRPr="0012753A">
        <w:rPr>
          <w:rFonts w:ascii="Arial" w:eastAsia="Times New Roman" w:hAnsi="Arial" w:cs="Arial"/>
          <w:lang w:val="es-MX"/>
        </w:rPr>
        <w:t>las mismas</w:t>
      </w:r>
      <w:proofErr w:type="gramEnd"/>
      <w:r w:rsidR="0012753A" w:rsidRPr="0012753A">
        <w:rPr>
          <w:rFonts w:ascii="Arial" w:eastAsia="Times New Roman" w:hAnsi="Arial" w:cs="Arial"/>
          <w:lang w:val="es-MX"/>
        </w:rPr>
        <w:t>, lo que resulte mayor entre aplicar el porcentaje referido a los recursos correspondientes al año de que se trate o a los recursos correspondientes al año en que las obligaciones hayan sido contratadas.</w:t>
      </w:r>
    </w:p>
    <w:p w14:paraId="2D775EFD" w14:textId="77777777" w:rsidR="0012753A" w:rsidRDefault="0012753A" w:rsidP="0012753A">
      <w:pPr>
        <w:spacing w:after="0" w:line="360" w:lineRule="auto"/>
        <w:jc w:val="both"/>
        <w:rPr>
          <w:rFonts w:ascii="Arial" w:eastAsia="Times New Roman" w:hAnsi="Arial" w:cs="Arial"/>
          <w:lang w:val="es-MX"/>
        </w:rPr>
      </w:pPr>
    </w:p>
    <w:p w14:paraId="223A29B3" w14:textId="2FE81B16" w:rsidR="0012753A" w:rsidRPr="0012753A" w:rsidRDefault="00405280" w:rsidP="00405280">
      <w:pPr>
        <w:spacing w:after="0" w:line="360" w:lineRule="auto"/>
        <w:ind w:firstLine="720"/>
        <w:jc w:val="both"/>
        <w:rPr>
          <w:rFonts w:ascii="Arial" w:eastAsia="Times New Roman" w:hAnsi="Arial" w:cs="Arial"/>
          <w:lang w:val="es-MX"/>
        </w:rPr>
      </w:pPr>
      <w:r w:rsidRPr="00405280">
        <w:rPr>
          <w:rFonts w:ascii="Arial" w:eastAsia="Times New Roman" w:hAnsi="Arial" w:cs="Arial"/>
          <w:bCs/>
          <w:lang w:val="es-MX"/>
        </w:rPr>
        <w:t>Por otra parte,</w:t>
      </w:r>
      <w:r>
        <w:rPr>
          <w:rFonts w:ascii="Arial" w:eastAsia="Times New Roman" w:hAnsi="Arial" w:cs="Arial"/>
          <w:b/>
          <w:lang w:val="es-MX"/>
        </w:rPr>
        <w:t xml:space="preserve"> </w:t>
      </w:r>
      <w:r w:rsidR="0012753A" w:rsidRPr="0012753A">
        <w:rPr>
          <w:rFonts w:ascii="Arial" w:eastAsia="Times New Roman" w:hAnsi="Arial" w:cs="Arial"/>
          <w:lang w:val="es-MX"/>
        </w:rPr>
        <w:t xml:space="preserve">la reforma constitucional publicada en el Diario Oficial de la Federación el 26 de mayo de 2015, en materia de responsabilidad hacendaria, </w:t>
      </w:r>
      <w:r>
        <w:rPr>
          <w:rFonts w:ascii="Arial" w:eastAsia="Times New Roman" w:hAnsi="Arial" w:cs="Arial"/>
          <w:lang w:val="es-MX"/>
        </w:rPr>
        <w:t xml:space="preserve">se </w:t>
      </w:r>
      <w:r w:rsidR="0012753A" w:rsidRPr="0012753A">
        <w:rPr>
          <w:rFonts w:ascii="Arial" w:eastAsia="Times New Roman" w:hAnsi="Arial" w:cs="Arial"/>
          <w:lang w:val="es-MX"/>
        </w:rPr>
        <w:t>introdujo un marco legal innovador al establecer reglas claras sobre la contratación de obligaciones o empréstitos conforme a las bases que establezcan las legislaturas correspondientes, por los conceptos y hasta por los montos máximos que las mismas aprueben, quedando obligados los entes públicos a informar de su ejercicio al rendir la cuenta pública.</w:t>
      </w:r>
    </w:p>
    <w:p w14:paraId="2C5E83A2" w14:textId="77777777" w:rsidR="0012753A" w:rsidRPr="0012753A" w:rsidRDefault="0012753A" w:rsidP="0012753A">
      <w:pPr>
        <w:spacing w:after="0" w:line="360" w:lineRule="auto"/>
        <w:jc w:val="both"/>
        <w:rPr>
          <w:rFonts w:ascii="Arial" w:eastAsia="Times New Roman" w:hAnsi="Arial" w:cs="Arial"/>
          <w:lang w:val="es-MX"/>
        </w:rPr>
      </w:pPr>
    </w:p>
    <w:p w14:paraId="40EC9BE4" w14:textId="77777777" w:rsidR="0012753A" w:rsidRPr="0012753A" w:rsidRDefault="0012753A" w:rsidP="00405280">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 xml:space="preserve">A efecto de conseguir lo anterior, se emitió la Ley de Disciplina Financiera de las Entidades Federativas y los Municipios, la cual erige los ejes rectores principales de disciplina financiera que permite asegurar el fortalecimiento de las finanzas públicas locales, mediante el establecimiento de reglas específicas de contratación de deuda, con el objeto de garantizar la eficiencia operativa, lograr mejores condiciones en la contratación de financiamientos y obligaciones, y salvaguardar los principios en materia </w:t>
      </w:r>
      <w:r w:rsidRPr="0012753A">
        <w:rPr>
          <w:rFonts w:ascii="Arial" w:eastAsia="Times New Roman" w:hAnsi="Arial" w:cs="Arial"/>
          <w:lang w:val="es-MX"/>
        </w:rPr>
        <w:lastRenderedPageBreak/>
        <w:t>de transparencia, presupuesto y responsabilidad hacendaria, bajo reglas y criterios prudenciales que aseguren una gestión equilibrada de sus finanzas públicas.</w:t>
      </w:r>
    </w:p>
    <w:p w14:paraId="765B6E14" w14:textId="77777777" w:rsidR="0012753A" w:rsidRDefault="0012753A" w:rsidP="0012753A">
      <w:pPr>
        <w:spacing w:after="0" w:line="360" w:lineRule="auto"/>
        <w:jc w:val="both"/>
        <w:rPr>
          <w:rFonts w:ascii="Arial" w:eastAsia="Times New Roman" w:hAnsi="Arial" w:cs="Arial"/>
          <w:lang w:val="es-MX"/>
        </w:rPr>
      </w:pPr>
    </w:p>
    <w:p w14:paraId="3A343407" w14:textId="1A504639" w:rsidR="0012753A" w:rsidRPr="0012753A" w:rsidRDefault="00405280" w:rsidP="00405280">
      <w:pPr>
        <w:spacing w:after="0" w:line="360" w:lineRule="auto"/>
        <w:ind w:firstLine="720"/>
        <w:jc w:val="both"/>
        <w:rPr>
          <w:rFonts w:ascii="Arial" w:eastAsia="Times New Roman" w:hAnsi="Arial" w:cs="Arial"/>
          <w:lang w:val="es-MX"/>
        </w:rPr>
      </w:pPr>
      <w:r w:rsidRPr="00405280">
        <w:rPr>
          <w:rFonts w:ascii="Arial" w:eastAsia="Times New Roman" w:hAnsi="Arial" w:cs="Arial"/>
          <w:bCs/>
          <w:lang w:val="es-MX"/>
        </w:rPr>
        <w:t>Por lo q</w:t>
      </w:r>
      <w:r w:rsidR="0012753A" w:rsidRPr="00405280">
        <w:rPr>
          <w:rFonts w:ascii="Arial" w:eastAsia="Times New Roman" w:hAnsi="Arial" w:cs="Arial"/>
          <w:bCs/>
          <w:lang w:val="es-MX"/>
        </w:rPr>
        <w:t>ue</w:t>
      </w:r>
      <w:r>
        <w:rPr>
          <w:rFonts w:ascii="Arial" w:eastAsia="Times New Roman" w:hAnsi="Arial" w:cs="Arial"/>
          <w:lang w:val="es-MX"/>
        </w:rPr>
        <w:t>,</w:t>
      </w:r>
      <w:r w:rsidR="0012753A" w:rsidRPr="0012753A">
        <w:rPr>
          <w:rFonts w:ascii="Arial" w:eastAsia="Times New Roman" w:hAnsi="Arial" w:cs="Arial"/>
          <w:lang w:val="es-MX"/>
        </w:rPr>
        <w:t xml:space="preserve"> de los diversos esquemas, mecanismos e instrumentos de financiamiento,</w:t>
      </w:r>
      <w:r>
        <w:rPr>
          <w:rFonts w:ascii="Arial" w:eastAsia="Times New Roman" w:hAnsi="Arial" w:cs="Arial"/>
          <w:lang w:val="es-MX"/>
        </w:rPr>
        <w:t xml:space="preserve"> se</w:t>
      </w:r>
      <w:r w:rsidR="0012753A" w:rsidRPr="0012753A">
        <w:rPr>
          <w:rFonts w:ascii="Arial" w:eastAsia="Times New Roman" w:hAnsi="Arial" w:cs="Arial"/>
          <w:lang w:val="es-MX"/>
        </w:rPr>
        <w:t xml:space="preserve"> destaca que los municipios pueden afectar como fuente de pago un porcentaje del derecho a recibir y los ingresos que les correspondan del FAIS municipal, a través de la formalización de los convenios necesarios para adherirse a un fideicomiso irrevocable de administración y pago, o bien, a través de contratos de mandato especial irrevocable para actos de dominio, con el objeto de constituir el mecanismo de pago del o los financiamientos que contraten.</w:t>
      </w:r>
    </w:p>
    <w:p w14:paraId="7FBCD638" w14:textId="77777777" w:rsidR="0012753A" w:rsidRPr="0012753A" w:rsidRDefault="0012753A" w:rsidP="0012753A">
      <w:pPr>
        <w:spacing w:after="0" w:line="360" w:lineRule="auto"/>
        <w:jc w:val="both"/>
        <w:rPr>
          <w:rFonts w:ascii="Arial" w:eastAsia="Times New Roman" w:hAnsi="Arial" w:cs="Arial"/>
          <w:lang w:val="es-MX"/>
        </w:rPr>
      </w:pPr>
    </w:p>
    <w:p w14:paraId="0A730ED8" w14:textId="4921539D" w:rsidR="0012753A" w:rsidRPr="0012753A" w:rsidRDefault="00405280" w:rsidP="00405280">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De esta manera</w:t>
      </w:r>
      <w:r w:rsidR="0012753A" w:rsidRPr="0012753A">
        <w:rPr>
          <w:rFonts w:ascii="Arial" w:eastAsia="Times New Roman" w:hAnsi="Arial" w:cs="Arial"/>
          <w:lang w:val="es-MX"/>
        </w:rPr>
        <w:t>, el artículo 33 de la Ley de Coordinación Fiscal prevé el destino específico de los financiamientos que se contraten, cuya afectación se advierte en el artículo 50 de dicha ley, considerando que las aportaciones que con cargo a los Fondos a que se refiere el artículo 25, en sus fracciones III y VIII, de dicha Ley que correspondan a las entidades federativas o municipios, podrán afectarse para garantizar obligaciones en caso de incumplimiento o servir como fuente de pago de dichas obligaciones que contraigan con la Federación, las instituciones de crédito que operen en territorio nacional o con personas físicas o morales de nacionalidad mexicana, siempre que cuenten con autorización de las legislaturas locales y se inscriban a petición de las entidades federativas o los municipios, según corresponda, ante la Secretaría de Hacienda y Crédito Público, en el Registro Público Único de las Entidades Federativas y los Municipios.</w:t>
      </w:r>
    </w:p>
    <w:p w14:paraId="7B0D288A" w14:textId="77777777" w:rsidR="0012753A" w:rsidRPr="0012753A" w:rsidRDefault="0012753A" w:rsidP="0012753A">
      <w:pPr>
        <w:spacing w:after="0" w:line="360" w:lineRule="auto"/>
        <w:jc w:val="both"/>
        <w:rPr>
          <w:rFonts w:ascii="Arial" w:eastAsia="Times New Roman" w:hAnsi="Arial" w:cs="Arial"/>
          <w:lang w:val="es-MX"/>
        </w:rPr>
      </w:pPr>
    </w:p>
    <w:p w14:paraId="42D93F8D" w14:textId="77777777" w:rsidR="0012753A" w:rsidRPr="0012753A" w:rsidRDefault="0012753A" w:rsidP="00405280">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 xml:space="preserve">Las entidades federativas y los municipios que contraigan obligaciones al amparo del artículo 50 de la Ley de Coordinación Fiscal, no podrán destinar más del 25% de los recursos que anualmente les correspondan por concepto de los fondos a que se refiere el párrafo anterior, para servir dichas obligaciones. </w:t>
      </w:r>
    </w:p>
    <w:p w14:paraId="2367E329" w14:textId="77777777" w:rsidR="0012753A" w:rsidRPr="0012753A" w:rsidRDefault="0012753A" w:rsidP="0012753A">
      <w:pPr>
        <w:spacing w:after="0" w:line="360" w:lineRule="auto"/>
        <w:jc w:val="both"/>
        <w:rPr>
          <w:rFonts w:ascii="Arial" w:eastAsia="Times New Roman" w:hAnsi="Arial" w:cs="Arial"/>
          <w:lang w:val="es-MX"/>
        </w:rPr>
      </w:pPr>
    </w:p>
    <w:p w14:paraId="24146C9F" w14:textId="638254B0" w:rsidR="0012753A" w:rsidRDefault="0012753A" w:rsidP="00405280">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Tratándose de obligaciones pagaderas en dos o más ejercicios fiscales, para cada año podrá destinarse al servicio de las mismas lo que resulte mayor entre aplicar el porcentaje a que se refiere el párrafo anterior a los recursos correspondientes al año de que se trate o a los recursos correspondientes al año en que las obligaciones hayan sido contratadas.</w:t>
      </w:r>
    </w:p>
    <w:p w14:paraId="5C54B3F9" w14:textId="77777777" w:rsidR="0012753A" w:rsidRDefault="0012753A" w:rsidP="0012753A">
      <w:pPr>
        <w:spacing w:after="0" w:line="360" w:lineRule="auto"/>
        <w:jc w:val="both"/>
        <w:rPr>
          <w:rFonts w:ascii="Arial" w:eastAsia="Times New Roman" w:hAnsi="Arial" w:cs="Arial"/>
          <w:lang w:val="es-MX"/>
        </w:rPr>
      </w:pPr>
    </w:p>
    <w:p w14:paraId="6DE651E4" w14:textId="5A2564CA" w:rsidR="0012753A" w:rsidRPr="0012753A" w:rsidRDefault="00405280" w:rsidP="00405280">
      <w:pPr>
        <w:spacing w:after="0" w:line="360" w:lineRule="auto"/>
        <w:ind w:firstLine="720"/>
        <w:jc w:val="both"/>
        <w:rPr>
          <w:rFonts w:ascii="Arial" w:eastAsia="Times New Roman" w:hAnsi="Arial" w:cs="Arial"/>
          <w:lang w:val="es-MX"/>
        </w:rPr>
      </w:pPr>
      <w:r>
        <w:rPr>
          <w:rFonts w:ascii="Arial" w:eastAsia="Times New Roman" w:hAnsi="Arial" w:cs="Arial"/>
          <w:lang w:val="es-MX"/>
        </w:rPr>
        <w:t>Ahora bien, l</w:t>
      </w:r>
      <w:r w:rsidR="0012753A" w:rsidRPr="0012753A">
        <w:rPr>
          <w:rFonts w:ascii="Arial" w:eastAsia="Times New Roman" w:hAnsi="Arial" w:cs="Arial"/>
          <w:lang w:val="es-MX"/>
        </w:rPr>
        <w:t xml:space="preserve">a Constitución Política de los Estados Unidos Mexicanos, la Constitución Política del Estado Libre y Soberano de Yucatán y la Ley de Deuda Pública del Estado de Yucatán, facultan al Congreso </w:t>
      </w:r>
      <w:r>
        <w:rPr>
          <w:rFonts w:ascii="Arial" w:eastAsia="Times New Roman" w:hAnsi="Arial" w:cs="Arial"/>
          <w:lang w:val="es-MX"/>
        </w:rPr>
        <w:t>par</w:t>
      </w:r>
      <w:r w:rsidR="0012753A" w:rsidRPr="0012753A">
        <w:rPr>
          <w:rFonts w:ascii="Arial" w:eastAsia="Times New Roman" w:hAnsi="Arial" w:cs="Arial"/>
          <w:lang w:val="es-MX"/>
        </w:rPr>
        <w:t>a autorizar la afectación, como fuente de pago o garantía, de los derechos o flujos derivados de ingresos locales, del derecho o los ingresos derivados de las aportaciones federales susceptibles de afectación, del derecho o los ingresos derivados de las participaciones federales o de cualquier otro derecho e ingreso susceptible de afectación que le corresponda respecto a obligaciones que celebren los entes públicos dentro de sus respectivos ámbitos de competencia, incluyendo la aprobación de los mecanismos legales para la instrumentación de la afectación correspondiente.</w:t>
      </w:r>
    </w:p>
    <w:p w14:paraId="37E08048" w14:textId="77777777" w:rsidR="0012753A" w:rsidRPr="0012753A" w:rsidRDefault="0012753A" w:rsidP="0012753A">
      <w:pPr>
        <w:spacing w:after="0" w:line="360" w:lineRule="auto"/>
        <w:jc w:val="both"/>
        <w:rPr>
          <w:rFonts w:ascii="Arial" w:eastAsia="Times New Roman" w:hAnsi="Arial" w:cs="Arial"/>
          <w:lang w:val="es-MX"/>
        </w:rPr>
      </w:pPr>
    </w:p>
    <w:p w14:paraId="02FE393C" w14:textId="3AA61CA7" w:rsidR="0012753A" w:rsidRDefault="0012753A" w:rsidP="00405280">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En todo momento, la autorización de dichos financiamientos se realizará previo análisis de la capacidad de pago, del destino del financiamiento y del otorgamiento de recursos como fuente y/o garantía de pago, misma que podrá realizarse a través de la Ley de Ingresos, o bien, mediante autorización específicas, que no podrán exceder el ejercicio fiscal siguiente, conforme se aborda de manera detallada en el punto décimo de la presente exposición de motivos.</w:t>
      </w:r>
    </w:p>
    <w:p w14:paraId="40D11219" w14:textId="77777777" w:rsidR="0012753A" w:rsidRDefault="0012753A" w:rsidP="0012753A">
      <w:pPr>
        <w:spacing w:after="0" w:line="360" w:lineRule="auto"/>
        <w:jc w:val="both"/>
        <w:rPr>
          <w:rFonts w:ascii="Arial" w:eastAsia="Times New Roman" w:hAnsi="Arial" w:cs="Arial"/>
          <w:lang w:val="es-MX"/>
        </w:rPr>
      </w:pPr>
    </w:p>
    <w:p w14:paraId="0992FAFF" w14:textId="132FEA64" w:rsidR="0012753A" w:rsidRPr="0012753A" w:rsidRDefault="00405280" w:rsidP="00405280">
      <w:pPr>
        <w:spacing w:after="0" w:line="360" w:lineRule="auto"/>
        <w:ind w:firstLine="720"/>
        <w:jc w:val="both"/>
        <w:rPr>
          <w:rFonts w:ascii="Arial" w:eastAsia="Times New Roman" w:hAnsi="Arial" w:cs="Arial"/>
          <w:lang w:val="es-MX"/>
        </w:rPr>
      </w:pPr>
      <w:r w:rsidRPr="00405280">
        <w:rPr>
          <w:rFonts w:ascii="Arial" w:eastAsia="Times New Roman" w:hAnsi="Arial" w:cs="Arial"/>
          <w:bCs/>
          <w:lang w:val="es-MX"/>
        </w:rPr>
        <w:t>Por su parte,</w:t>
      </w:r>
      <w:r w:rsidR="0012753A" w:rsidRPr="0012753A">
        <w:rPr>
          <w:rFonts w:ascii="Arial" w:eastAsia="Times New Roman" w:hAnsi="Arial" w:cs="Arial"/>
          <w:lang w:val="es-MX"/>
        </w:rPr>
        <w:t xml:space="preserve"> la Ley de Disciplina Financiera de las Entidades Federativas y los Municipios, establece en sus artículos primero y segundo fracción VIII que la responsabilidad hacendaria y financiera se sujetarán a los principios de legalidad, honestidad, eficacia, eficiencia, economía, racionalidad, austeridad, transparencia, control y rendición de cuentas por lo que en todo momento se observarán estos principios para asegurar una gestión responsable y sostenible de las finanzas públicas, generando condiciones favorables para el crecimiento económico y el empleo.</w:t>
      </w:r>
    </w:p>
    <w:p w14:paraId="66B3AFBF" w14:textId="77777777" w:rsidR="0012753A" w:rsidRPr="0012753A" w:rsidRDefault="0012753A" w:rsidP="0012753A">
      <w:pPr>
        <w:spacing w:after="0" w:line="360" w:lineRule="auto"/>
        <w:jc w:val="both"/>
        <w:rPr>
          <w:rFonts w:ascii="Arial" w:eastAsia="Times New Roman" w:hAnsi="Arial" w:cs="Arial"/>
          <w:lang w:val="es-MX"/>
        </w:rPr>
      </w:pPr>
    </w:p>
    <w:p w14:paraId="11867CF0" w14:textId="166A2B8C" w:rsidR="0012753A" w:rsidRDefault="0012753A" w:rsidP="00405280">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 xml:space="preserve">En razón de lo descrito en el párrafo anterior, la administraciones municipales deben sujetarse en todo momento al cumplimiento de dichos mandatos, dando claridad a los procesos de control interno, transferencia y destino de los recursos, relacionado con la inversión pública, con el fin de transparentar que el ejercicio de dichos recursos se haga con estricto apego a los principios de certeza, legalidad, eficacia, máxima publicidad, pero </w:t>
      </w:r>
      <w:r w:rsidRPr="0012753A">
        <w:rPr>
          <w:rFonts w:ascii="Arial" w:eastAsia="Times New Roman" w:hAnsi="Arial" w:cs="Arial"/>
          <w:lang w:val="es-MX"/>
        </w:rPr>
        <w:lastRenderedPageBreak/>
        <w:t>sobre todo y más importante al principio de transparencia, conforme a lo previsto por el artículo 107 de la Constitución Política del Estado Libre y Soberano de Yucatán.</w:t>
      </w:r>
    </w:p>
    <w:p w14:paraId="4F96656D" w14:textId="77777777" w:rsidR="0012753A" w:rsidRDefault="0012753A" w:rsidP="0012753A">
      <w:pPr>
        <w:spacing w:after="0" w:line="360" w:lineRule="auto"/>
        <w:jc w:val="both"/>
        <w:rPr>
          <w:rFonts w:ascii="Arial" w:eastAsia="Times New Roman" w:hAnsi="Arial" w:cs="Arial"/>
          <w:lang w:val="es-MX"/>
        </w:rPr>
      </w:pPr>
    </w:p>
    <w:p w14:paraId="55A3583A" w14:textId="6148E2FB" w:rsidR="0012753A" w:rsidRPr="0012753A" w:rsidRDefault="00405280" w:rsidP="00405280">
      <w:pPr>
        <w:spacing w:after="0" w:line="360" w:lineRule="auto"/>
        <w:ind w:firstLine="720"/>
        <w:jc w:val="both"/>
        <w:rPr>
          <w:rFonts w:ascii="Arial" w:eastAsia="Times New Roman" w:hAnsi="Arial" w:cs="Arial"/>
          <w:lang w:val="es-MX"/>
        </w:rPr>
      </w:pPr>
      <w:r>
        <w:rPr>
          <w:rFonts w:ascii="Arial" w:eastAsia="Times New Roman" w:hAnsi="Arial" w:cs="Arial"/>
          <w:lang w:val="es-MX"/>
        </w:rPr>
        <w:t>Por lo q</w:t>
      </w:r>
      <w:r w:rsidR="0012753A" w:rsidRPr="0012753A">
        <w:rPr>
          <w:rFonts w:ascii="Arial" w:eastAsia="Times New Roman" w:hAnsi="Arial" w:cs="Arial"/>
          <w:lang w:val="es-MX"/>
        </w:rPr>
        <w:t>ue, de acuerdo con el Consejo Nacional de Evaluación de la Política de Desarrollo Social, el Índice de Rezago Social es una medida que agrega variables de educación, acceso a servicios de salud, servicios básicos en la vivienda, calidad y espacios en la misma y activos en el hogar. Este índice se obtiene a nivel nacional, estatal y municipal. En tal sentido, los municipios del Estado de Yucatán presentan un grado de rezago social medio, ocupando la posición número diez respecto a las demás entidades federativas. En 2020, 14 de los 106 municipios de Yucatán tuvieron un grado de rezago social muy bajo, mientras que 57 registraron un grado bajo, 31 grado medio, y 4 municipios presentaron grado de rezago social alto.</w:t>
      </w:r>
      <w:r w:rsidR="0012753A" w:rsidRPr="0012753A">
        <w:rPr>
          <w:rFonts w:ascii="Arial" w:eastAsia="Times New Roman" w:hAnsi="Arial" w:cs="Arial"/>
          <w:vertAlign w:val="superscript"/>
          <w:lang w:val="es-MX"/>
        </w:rPr>
        <w:footnoteReference w:id="1"/>
      </w:r>
    </w:p>
    <w:p w14:paraId="767C7F16" w14:textId="77777777" w:rsidR="0012753A" w:rsidRPr="0012753A" w:rsidRDefault="0012753A" w:rsidP="0012753A">
      <w:pPr>
        <w:spacing w:after="0" w:line="360" w:lineRule="auto"/>
        <w:jc w:val="both"/>
        <w:rPr>
          <w:rFonts w:ascii="Arial" w:eastAsia="Times New Roman" w:hAnsi="Arial" w:cs="Arial"/>
          <w:lang w:val="es-MX"/>
        </w:rPr>
      </w:pPr>
    </w:p>
    <w:p w14:paraId="21245CEA" w14:textId="20B8A10D" w:rsidR="0012753A" w:rsidRPr="0012753A" w:rsidRDefault="00C24675" w:rsidP="00C24675">
      <w:pPr>
        <w:spacing w:after="0" w:line="360" w:lineRule="auto"/>
        <w:ind w:firstLine="720"/>
        <w:jc w:val="both"/>
        <w:rPr>
          <w:rFonts w:ascii="Arial" w:eastAsia="Times New Roman" w:hAnsi="Arial" w:cs="Arial"/>
          <w:lang w:val="es-MX"/>
        </w:rPr>
      </w:pPr>
      <w:r>
        <w:rPr>
          <w:rFonts w:ascii="Arial" w:eastAsia="Times New Roman" w:hAnsi="Arial" w:cs="Arial"/>
          <w:lang w:val="es-MX"/>
        </w:rPr>
        <w:t xml:space="preserve">En cuanto a </w:t>
      </w:r>
      <w:r w:rsidR="0012753A" w:rsidRPr="0012753A">
        <w:rPr>
          <w:rFonts w:ascii="Arial" w:eastAsia="Times New Roman" w:hAnsi="Arial" w:cs="Arial"/>
          <w:lang w:val="es-MX"/>
        </w:rPr>
        <w:t>los resultados de la medición de la pobreza 2025, el 38.8% de la población de la entidad vive en situación de pobreza, es decir, 920,188 personas, aproximadamente. De este universo, el 33.2% (cerca de 787,188 personas) esta en situación de pobreza moderada, mientras que el 5.6% de la población se encuentra en situación de pobreza extrema (alrededor de 133,000 personas)</w:t>
      </w:r>
      <w:r w:rsidR="0012753A" w:rsidRPr="0012753A">
        <w:rPr>
          <w:rFonts w:ascii="Arial" w:eastAsia="Times New Roman" w:hAnsi="Arial" w:cs="Arial"/>
          <w:vertAlign w:val="superscript"/>
          <w:lang w:val="es-MX"/>
        </w:rPr>
        <w:footnoteReference w:id="2"/>
      </w:r>
      <w:r w:rsidR="0012753A" w:rsidRPr="0012753A">
        <w:rPr>
          <w:rFonts w:ascii="Arial" w:eastAsia="Times New Roman" w:hAnsi="Arial" w:cs="Arial"/>
          <w:lang w:val="es-MX"/>
        </w:rPr>
        <w:t>.</w:t>
      </w:r>
    </w:p>
    <w:p w14:paraId="0B0D4278" w14:textId="77777777" w:rsidR="0012753A" w:rsidRPr="0012753A" w:rsidRDefault="0012753A" w:rsidP="0012753A">
      <w:pPr>
        <w:spacing w:after="0" w:line="360" w:lineRule="auto"/>
        <w:jc w:val="both"/>
        <w:rPr>
          <w:rFonts w:ascii="Arial" w:eastAsia="Times New Roman" w:hAnsi="Arial" w:cs="Arial"/>
          <w:lang w:val="es-MX"/>
        </w:rPr>
      </w:pPr>
    </w:p>
    <w:p w14:paraId="16BBB7AF" w14:textId="77777777" w:rsidR="0012753A" w:rsidRPr="0012753A" w:rsidRDefault="0012753A" w:rsidP="00C24675">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Por otro lado, 503,615 personas tienen un rezago educativo, 833,673 pobladores carecen de acceso a la salud y 824977 carecen de servicios básicos de vivienda</w:t>
      </w:r>
      <w:r w:rsidRPr="0012753A">
        <w:rPr>
          <w:rFonts w:ascii="Arial" w:eastAsia="Times New Roman" w:hAnsi="Arial" w:cs="Arial"/>
          <w:vertAlign w:val="superscript"/>
          <w:lang w:val="es-MX"/>
        </w:rPr>
        <w:footnoteReference w:id="3"/>
      </w:r>
      <w:r w:rsidRPr="0012753A">
        <w:rPr>
          <w:rFonts w:ascii="Arial" w:eastAsia="Times New Roman" w:hAnsi="Arial" w:cs="Arial"/>
          <w:lang w:val="es-MX"/>
        </w:rPr>
        <w:t>.</w:t>
      </w:r>
    </w:p>
    <w:p w14:paraId="3A826FFE" w14:textId="77777777" w:rsidR="0012753A" w:rsidRPr="0012753A" w:rsidRDefault="0012753A" w:rsidP="0012753A">
      <w:pPr>
        <w:spacing w:after="0" w:line="360" w:lineRule="auto"/>
        <w:jc w:val="both"/>
        <w:rPr>
          <w:rFonts w:ascii="Arial" w:eastAsia="Times New Roman" w:hAnsi="Arial" w:cs="Arial"/>
          <w:lang w:val="es-MX"/>
        </w:rPr>
      </w:pPr>
    </w:p>
    <w:p w14:paraId="2C74620C" w14:textId="5E42BA38" w:rsidR="0012753A" w:rsidRDefault="00C24675" w:rsidP="00C24675">
      <w:pPr>
        <w:spacing w:after="0" w:line="360" w:lineRule="auto"/>
        <w:ind w:firstLine="720"/>
        <w:jc w:val="both"/>
        <w:rPr>
          <w:rFonts w:ascii="Arial" w:eastAsia="Times New Roman" w:hAnsi="Arial" w:cs="Arial"/>
          <w:lang w:val="es-MX"/>
        </w:rPr>
      </w:pPr>
      <w:r>
        <w:rPr>
          <w:rFonts w:ascii="Arial" w:eastAsia="Times New Roman" w:hAnsi="Arial" w:cs="Arial"/>
          <w:lang w:val="es-MX"/>
        </w:rPr>
        <w:t>Es por ello que, c</w:t>
      </w:r>
      <w:r w:rsidR="0012753A" w:rsidRPr="0012753A">
        <w:rPr>
          <w:rFonts w:ascii="Arial" w:eastAsia="Times New Roman" w:hAnsi="Arial" w:cs="Arial"/>
          <w:lang w:val="es-MX"/>
        </w:rPr>
        <w:t xml:space="preserve">on la finalidad de combatir el rezago social que presentan los municipios y por lo </w:t>
      </w:r>
      <w:r>
        <w:rPr>
          <w:rFonts w:ascii="Arial" w:eastAsia="Times New Roman" w:hAnsi="Arial" w:cs="Arial"/>
          <w:lang w:val="es-MX"/>
        </w:rPr>
        <w:t>señalado</w:t>
      </w:r>
      <w:r w:rsidR="0012753A" w:rsidRPr="0012753A">
        <w:rPr>
          <w:rFonts w:ascii="Arial" w:eastAsia="Times New Roman" w:hAnsi="Arial" w:cs="Arial"/>
          <w:lang w:val="es-MX"/>
        </w:rPr>
        <w:t xml:space="preserve"> anterior</w:t>
      </w:r>
      <w:r>
        <w:rPr>
          <w:rFonts w:ascii="Arial" w:eastAsia="Times New Roman" w:hAnsi="Arial" w:cs="Arial"/>
          <w:lang w:val="es-MX"/>
        </w:rPr>
        <w:t>mente</w:t>
      </w:r>
      <w:r w:rsidR="0012753A" w:rsidRPr="0012753A">
        <w:rPr>
          <w:rFonts w:ascii="Arial" w:eastAsia="Times New Roman" w:hAnsi="Arial" w:cs="Arial"/>
          <w:lang w:val="es-MX"/>
        </w:rPr>
        <w:t>,</w:t>
      </w:r>
      <w:r>
        <w:rPr>
          <w:rFonts w:ascii="Arial" w:eastAsia="Times New Roman" w:hAnsi="Arial" w:cs="Arial"/>
          <w:lang w:val="es-MX"/>
        </w:rPr>
        <w:t xml:space="preserve"> este</w:t>
      </w:r>
      <w:r w:rsidR="0012753A" w:rsidRPr="0012753A">
        <w:rPr>
          <w:rFonts w:ascii="Arial" w:eastAsia="Times New Roman" w:hAnsi="Arial" w:cs="Arial"/>
          <w:lang w:val="es-MX"/>
        </w:rPr>
        <w:t xml:space="preserve"> Congreso del Estado tiene la posibilidad de que, a través de la autorización del presente Decreto, se coadyuve al mejoramiento de la población más vulnerable en el Estado, considerando que los municipios que contraten financiamientos puedan destinar los recursos que obtengan única y exclusivamente para financiar obras y acciones que beneficien preferentemente a la </w:t>
      </w:r>
      <w:r w:rsidR="0012753A" w:rsidRPr="0012753A">
        <w:rPr>
          <w:rFonts w:ascii="Arial" w:eastAsia="Times New Roman" w:hAnsi="Arial" w:cs="Arial"/>
          <w:lang w:val="es-MX"/>
        </w:rPr>
        <w:lastRenderedPageBreak/>
        <w:t>población que presente mayores niveles de rezago social y pobreza extrema en la entidad</w:t>
      </w:r>
      <w:r w:rsidR="0012753A">
        <w:rPr>
          <w:rFonts w:ascii="Arial" w:eastAsia="Times New Roman" w:hAnsi="Arial" w:cs="Arial"/>
          <w:lang w:val="es-MX"/>
        </w:rPr>
        <w:t>.</w:t>
      </w:r>
    </w:p>
    <w:p w14:paraId="17A54BF8" w14:textId="77777777" w:rsidR="0012753A" w:rsidRDefault="0012753A" w:rsidP="0012753A">
      <w:pPr>
        <w:spacing w:after="0" w:line="360" w:lineRule="auto"/>
        <w:jc w:val="both"/>
        <w:rPr>
          <w:rFonts w:ascii="Arial" w:eastAsia="Times New Roman" w:hAnsi="Arial" w:cs="Arial"/>
          <w:lang w:val="es-MX"/>
        </w:rPr>
      </w:pPr>
    </w:p>
    <w:p w14:paraId="049890F2" w14:textId="77777777" w:rsidR="0012753A" w:rsidRPr="001C2520" w:rsidRDefault="0012753A" w:rsidP="00C24675">
      <w:pPr>
        <w:spacing w:after="0" w:line="360" w:lineRule="auto"/>
        <w:ind w:firstLine="720"/>
        <w:jc w:val="both"/>
        <w:rPr>
          <w:rFonts w:ascii="Arial" w:eastAsia="Times New Roman" w:hAnsi="Arial" w:cs="Arial"/>
          <w:lang w:val="es-MX"/>
        </w:rPr>
      </w:pPr>
      <w:r w:rsidRPr="001C2520">
        <w:rPr>
          <w:rFonts w:ascii="Arial" w:eastAsia="Times New Roman" w:hAnsi="Arial" w:cs="Arial"/>
          <w:lang w:val="es-MX"/>
        </w:rPr>
        <w:t>Así, la presente iniciativa tiene por objeto dar continuidad a las acciones de inclusión financiera para los 106 municipios que conforman al Estado, tal como se hizo en el año 2025 a partir del Decreto 39/2024 y sus reformas mediante los Decretos número 69/2025 y número 117/2025, publicados en el Diario Oficial del Estado de Yucatán el 31 de diciembre de 2024, el 21 de abril de 2025 y el 14 de octubre de 2025, respectivamente.</w:t>
      </w:r>
    </w:p>
    <w:p w14:paraId="6BFD5660" w14:textId="77777777" w:rsidR="0012753A" w:rsidRPr="001C2520" w:rsidRDefault="0012753A" w:rsidP="0012753A">
      <w:pPr>
        <w:spacing w:after="0" w:line="360" w:lineRule="auto"/>
        <w:jc w:val="both"/>
        <w:rPr>
          <w:rFonts w:ascii="Arial" w:eastAsia="Times New Roman" w:hAnsi="Arial" w:cs="Arial"/>
          <w:lang w:val="es-MX"/>
        </w:rPr>
      </w:pPr>
    </w:p>
    <w:p w14:paraId="70858699" w14:textId="2D8F4DFE" w:rsidR="0012753A" w:rsidRDefault="0012753A" w:rsidP="00C24675">
      <w:pPr>
        <w:spacing w:after="0" w:line="360" w:lineRule="auto"/>
        <w:ind w:firstLine="720"/>
        <w:jc w:val="both"/>
        <w:rPr>
          <w:rFonts w:ascii="Arial" w:eastAsia="Times New Roman" w:hAnsi="Arial" w:cs="Arial"/>
          <w:lang w:val="es-MX"/>
        </w:rPr>
      </w:pPr>
      <w:r w:rsidRPr="001C2520">
        <w:rPr>
          <w:rFonts w:ascii="Arial" w:eastAsia="Times New Roman" w:hAnsi="Arial" w:cs="Arial"/>
          <w:lang w:val="es-MX"/>
        </w:rPr>
        <w:t>Dicho Decreto y sus reformas, autorizaron la contratación de financiamiento municipal para inversión pública productiva en términos del artículo 33 de la Ley de Coordinación Fiscal, lo que a la fecha ha permitido a 15 municipios de diversas regiones estatales formalizar operaciones individuales de crédito, a liquidarse durante el periodo de la administración contratante.</w:t>
      </w:r>
    </w:p>
    <w:p w14:paraId="0ED10AE9" w14:textId="77777777" w:rsidR="0012753A" w:rsidRDefault="0012753A" w:rsidP="0012753A">
      <w:pPr>
        <w:spacing w:after="0" w:line="360" w:lineRule="auto"/>
        <w:jc w:val="both"/>
        <w:rPr>
          <w:rFonts w:ascii="Arial" w:eastAsia="Times New Roman" w:hAnsi="Arial" w:cs="Arial"/>
          <w:lang w:val="es-MX"/>
        </w:rPr>
      </w:pPr>
    </w:p>
    <w:p w14:paraId="3422EAA3" w14:textId="77777777" w:rsidR="0012753A" w:rsidRDefault="0012753A" w:rsidP="00C24675">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Los financiamientos municipales registrados en el Registro de Empréstitos y Obligaciones del Estado de Yucatán y en el Registro Público Único de Financiamientos y Obligaciones de Entidades Federativas y Municipios, ejercieron recursos para financiamiento por un monto acumulado de 152.7 millones de pesos, recursos que serán destinados para financiar obras y acciones que beneficien preferentemente a la población que presente mayores niveles de rezago social y pobreza extrema en la entidad.</w:t>
      </w:r>
    </w:p>
    <w:p w14:paraId="2C873E19" w14:textId="77777777" w:rsidR="0012753A" w:rsidRPr="0012753A" w:rsidRDefault="0012753A" w:rsidP="0012753A">
      <w:pPr>
        <w:spacing w:after="0" w:line="360" w:lineRule="auto"/>
        <w:jc w:val="both"/>
        <w:rPr>
          <w:rFonts w:ascii="Arial" w:eastAsia="Times New Roman" w:hAnsi="Arial" w:cs="Arial"/>
          <w:lang w:val="es-MX"/>
        </w:rPr>
      </w:pPr>
    </w:p>
    <w:p w14:paraId="7999B3D4" w14:textId="705B7F97" w:rsidR="0012753A" w:rsidRDefault="00C24675" w:rsidP="00C24675">
      <w:pPr>
        <w:spacing w:after="0" w:line="360" w:lineRule="auto"/>
        <w:ind w:firstLine="720"/>
        <w:jc w:val="both"/>
        <w:rPr>
          <w:rFonts w:ascii="Arial" w:eastAsia="Times New Roman" w:hAnsi="Arial" w:cs="Arial"/>
          <w:lang w:val="es-MX"/>
        </w:rPr>
      </w:pPr>
      <w:r>
        <w:rPr>
          <w:rFonts w:ascii="Arial" w:eastAsia="Times New Roman" w:hAnsi="Arial" w:cs="Arial"/>
          <w:lang w:val="es-MX"/>
        </w:rPr>
        <w:t>Cabe señalar que l</w:t>
      </w:r>
      <w:r w:rsidR="0012753A" w:rsidRPr="0012753A">
        <w:rPr>
          <w:rFonts w:ascii="Arial" w:eastAsia="Times New Roman" w:hAnsi="Arial" w:cs="Arial"/>
          <w:lang w:val="es-MX"/>
        </w:rPr>
        <w:t xml:space="preserve">os municipios que </w:t>
      </w:r>
      <w:r>
        <w:rPr>
          <w:rFonts w:ascii="Arial" w:eastAsia="Times New Roman" w:hAnsi="Arial" w:cs="Arial"/>
          <w:lang w:val="es-MX"/>
        </w:rPr>
        <w:t xml:space="preserve">decidieron hacer uso </w:t>
      </w:r>
      <w:r w:rsidR="0012753A" w:rsidRPr="0012753A">
        <w:rPr>
          <w:rFonts w:ascii="Arial" w:eastAsia="Times New Roman" w:hAnsi="Arial" w:cs="Arial"/>
          <w:lang w:val="es-MX"/>
        </w:rPr>
        <w:t>de los recursos del financiamiento al amparo del Decreto y sus reformas, citado con antelación, son: Dzemul, Dzitás, Halachó, Kaua, Peto, Samahil, Sudzal, Suma, Tekax, Temozón, Tepakán, Ticul, Tizimín, Ucú y Umán</w:t>
      </w:r>
      <w:r w:rsidR="0012753A">
        <w:rPr>
          <w:rFonts w:ascii="Arial" w:eastAsia="Times New Roman" w:hAnsi="Arial" w:cs="Arial"/>
          <w:lang w:val="es-MX"/>
        </w:rPr>
        <w:t>.</w:t>
      </w:r>
    </w:p>
    <w:p w14:paraId="6B8D6FC3" w14:textId="77777777" w:rsidR="0012753A" w:rsidRDefault="0012753A" w:rsidP="009C3434">
      <w:pPr>
        <w:spacing w:after="0" w:line="360" w:lineRule="auto"/>
        <w:jc w:val="both"/>
        <w:rPr>
          <w:rFonts w:ascii="Arial" w:hAnsi="Arial" w:cs="Arial"/>
          <w:sz w:val="24"/>
          <w:szCs w:val="24"/>
          <w:lang w:val="es-MX"/>
        </w:rPr>
      </w:pPr>
    </w:p>
    <w:p w14:paraId="51F734E6" w14:textId="5B0B669B" w:rsidR="0012753A" w:rsidRPr="0012753A" w:rsidRDefault="00C24675" w:rsidP="00C24675">
      <w:pPr>
        <w:spacing w:after="0" w:line="360" w:lineRule="auto"/>
        <w:ind w:firstLine="720"/>
        <w:jc w:val="both"/>
        <w:rPr>
          <w:rFonts w:ascii="Arial" w:eastAsia="Times New Roman" w:hAnsi="Arial" w:cs="Arial"/>
          <w:lang w:val="es-MX"/>
        </w:rPr>
      </w:pPr>
      <w:r w:rsidRPr="00C24675">
        <w:rPr>
          <w:rFonts w:ascii="Arial" w:eastAsia="Times New Roman" w:hAnsi="Arial" w:cs="Arial"/>
          <w:bCs/>
          <w:lang w:val="es-MX"/>
        </w:rPr>
        <w:t>Por otra parte,</w:t>
      </w:r>
      <w:r w:rsidR="0012753A" w:rsidRPr="0012753A">
        <w:rPr>
          <w:rFonts w:ascii="Arial" w:eastAsia="Times New Roman" w:hAnsi="Arial" w:cs="Arial"/>
          <w:lang w:val="es-MX"/>
        </w:rPr>
        <w:t xml:space="preserve"> el Acuerdo por el que se da a conocer la fórmula, metodología y  justificación de cada elemento, monto y calendario de ministraciones relativos  a distribución de los recursos del Fondo de Aportaciones para la  Infraestructura Social Municipal y de las Demarcaciones Territoriales del  Distrito Federal, para el ejercicio fiscal 2026, advierte los montos y calendario de las ministraciones del FAIS, previo acuerdo con la Secretaría de Bienestar, correspondientes a sus municipios y demarcaciones </w:t>
      </w:r>
      <w:r w:rsidR="0012753A" w:rsidRPr="0012753A">
        <w:rPr>
          <w:rFonts w:ascii="Arial" w:eastAsia="Times New Roman" w:hAnsi="Arial" w:cs="Arial"/>
          <w:lang w:val="es-MX"/>
        </w:rPr>
        <w:lastRenderedPageBreak/>
        <w:t>territoriales que enfatice el carácter redistributivo de estas aportaciones hacia aquellos municipios y demarcaciones territoriales con mayor magnitud y profundidad de pobreza extrema.</w:t>
      </w:r>
    </w:p>
    <w:p w14:paraId="13B53971" w14:textId="77777777" w:rsidR="0012753A" w:rsidRPr="0012753A" w:rsidRDefault="0012753A" w:rsidP="0012753A">
      <w:pPr>
        <w:spacing w:after="0" w:line="360" w:lineRule="auto"/>
        <w:jc w:val="both"/>
        <w:rPr>
          <w:rFonts w:ascii="Arial" w:eastAsia="Times New Roman" w:hAnsi="Arial" w:cs="Arial"/>
          <w:lang w:val="es-MX"/>
        </w:rPr>
      </w:pPr>
    </w:p>
    <w:p w14:paraId="2A696E62" w14:textId="77777777" w:rsidR="0012753A" w:rsidRPr="0012753A" w:rsidRDefault="0012753A" w:rsidP="00C24675">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Con base en dichos montos, se estima un importe máximo de adelanto de aportaciones FAIS mediante el esquema de contratación de financiamiento, conforme a la presente iniciativa de Decreto por la que se somete a consideración esta Soberanía autorizar los montos máximos municipales para la contratación de financiamientos, que permita contar con recursos que beneficien preferentemente a la población que presente mayores niveles de rezago social y pobreza extrema en la entidad, siempre y cuando el municipio interesado en contratar financiamiento al amparo de la autorización que se derive de la presente iniciativa, cuente con disponibilidad de porcentaje para la afectación de los recursos de la fuente de pago del financiamiento (aportaciones FAIS), en el marco de lo establecido en el artículo 50 de la Ley de Coordinación Fiscal.</w:t>
      </w:r>
    </w:p>
    <w:p w14:paraId="29BC6046" w14:textId="77777777" w:rsidR="0012753A" w:rsidRPr="0012753A" w:rsidRDefault="0012753A" w:rsidP="0012753A">
      <w:pPr>
        <w:spacing w:after="0" w:line="360" w:lineRule="auto"/>
        <w:jc w:val="both"/>
        <w:rPr>
          <w:rFonts w:ascii="Arial" w:eastAsia="Times New Roman" w:hAnsi="Arial" w:cs="Arial"/>
          <w:lang w:val="es-MX"/>
        </w:rPr>
      </w:pPr>
    </w:p>
    <w:p w14:paraId="27C88085" w14:textId="00664CD1" w:rsidR="0012753A" w:rsidRDefault="0012753A" w:rsidP="00405280">
      <w:pPr>
        <w:spacing w:after="0" w:line="360" w:lineRule="auto"/>
        <w:ind w:firstLine="720"/>
        <w:jc w:val="both"/>
        <w:rPr>
          <w:rFonts w:ascii="Arial" w:eastAsia="Times New Roman" w:hAnsi="Arial" w:cs="Arial"/>
          <w:lang w:val="es-MX"/>
        </w:rPr>
      </w:pPr>
      <w:r w:rsidRPr="0012753A">
        <w:rPr>
          <w:rFonts w:ascii="Arial" w:eastAsia="Times New Roman" w:hAnsi="Arial" w:cs="Arial"/>
          <w:lang w:val="es-MX"/>
        </w:rPr>
        <w:t xml:space="preserve">En ese sentido, se informa que, como ha quedado señalado </w:t>
      </w:r>
      <w:r w:rsidR="00405280">
        <w:rPr>
          <w:rFonts w:ascii="Arial" w:eastAsia="Times New Roman" w:hAnsi="Arial" w:cs="Arial"/>
          <w:lang w:val="es-MX"/>
        </w:rPr>
        <w:t>anteriormente</w:t>
      </w:r>
      <w:r w:rsidRPr="0012753A">
        <w:rPr>
          <w:rFonts w:ascii="Arial" w:eastAsia="Times New Roman" w:hAnsi="Arial" w:cs="Arial"/>
          <w:lang w:val="es-MX"/>
        </w:rPr>
        <w:t>, se tiene de manifiesto la capacidad de pago de los municipios, determinada conforme al monto máximo de distribución de las aportaciones del FAIS, la cual, no deberá exceder del 25% de dicho fondo, considerando lo previsto en el artículo 50 de la Ley de Coordinación Fiscal</w:t>
      </w:r>
      <w:r>
        <w:rPr>
          <w:rFonts w:ascii="Arial" w:eastAsia="Times New Roman" w:hAnsi="Arial" w:cs="Arial"/>
          <w:lang w:val="es-MX"/>
        </w:rPr>
        <w:t>.</w:t>
      </w:r>
    </w:p>
    <w:p w14:paraId="18CCFE20" w14:textId="77777777" w:rsidR="0012753A" w:rsidRDefault="0012753A" w:rsidP="0012753A">
      <w:pPr>
        <w:spacing w:after="0" w:line="360" w:lineRule="auto"/>
        <w:jc w:val="both"/>
        <w:rPr>
          <w:rFonts w:ascii="Arial" w:hAnsi="Arial" w:cs="Arial"/>
          <w:sz w:val="24"/>
          <w:szCs w:val="24"/>
          <w:lang w:val="es-MX"/>
        </w:rPr>
      </w:pPr>
    </w:p>
    <w:p w14:paraId="033265C3" w14:textId="03189121" w:rsidR="00C65FB1" w:rsidRPr="001C2520" w:rsidRDefault="0012753A" w:rsidP="00560C2E">
      <w:pPr>
        <w:spacing w:after="0" w:line="360" w:lineRule="auto"/>
        <w:ind w:firstLine="720"/>
        <w:jc w:val="both"/>
        <w:rPr>
          <w:rFonts w:ascii="Arial" w:hAnsi="Arial" w:cs="Arial"/>
          <w:lang w:val="es-MX"/>
        </w:rPr>
      </w:pPr>
      <w:r w:rsidRPr="001C2520">
        <w:rPr>
          <w:rFonts w:ascii="Arial" w:hAnsi="Arial" w:cs="Arial"/>
          <w:lang w:val="es-MX"/>
        </w:rPr>
        <w:t xml:space="preserve">En tal virtud, con el actual Decreto se pretende que el Estado tenga la posibilidad de contar en forma oportuna y accesible con recursos financieros que les permitan realizar las obras señaladas en la Ley de Coordinación Fiscal, es por tanto que </w:t>
      </w:r>
      <w:r w:rsidR="00C65FB1" w:rsidRPr="001C2520">
        <w:rPr>
          <w:rFonts w:ascii="Arial" w:hAnsi="Arial" w:cs="Arial"/>
          <w:lang w:val="es-MX"/>
        </w:rPr>
        <w:t>de acuerdo con todo lo anteriormente vertido, proponemos la siguiente iniciativa de:</w:t>
      </w:r>
    </w:p>
    <w:p w14:paraId="3F2D9218" w14:textId="77777777" w:rsidR="000D729C" w:rsidRPr="00281B85" w:rsidRDefault="000D729C" w:rsidP="00570962">
      <w:pPr>
        <w:spacing w:after="0" w:line="360" w:lineRule="auto"/>
        <w:jc w:val="center"/>
        <w:rPr>
          <w:rFonts w:ascii="Arial" w:hAnsi="Arial" w:cs="Arial"/>
          <w:b/>
          <w:bCs/>
          <w:sz w:val="24"/>
          <w:szCs w:val="24"/>
          <w:lang w:val="es-MX"/>
        </w:rPr>
      </w:pPr>
    </w:p>
    <w:p w14:paraId="524A80FA" w14:textId="1E24063E" w:rsidR="000D729C" w:rsidRPr="004F7A42" w:rsidRDefault="009B1097" w:rsidP="00C65FB1">
      <w:pPr>
        <w:spacing w:after="0" w:line="240" w:lineRule="auto"/>
        <w:jc w:val="center"/>
        <w:rPr>
          <w:rFonts w:ascii="Arial" w:eastAsia="Aptos" w:hAnsi="Arial" w:cs="Arial"/>
          <w:b/>
          <w:bCs/>
          <w:sz w:val="24"/>
          <w:szCs w:val="24"/>
          <w:lang w:val="es-MX"/>
        </w:rPr>
      </w:pPr>
      <w:r>
        <w:rPr>
          <w:rFonts w:ascii="Arial" w:eastAsia="Aptos" w:hAnsi="Arial" w:cs="Arial"/>
          <w:b/>
          <w:bCs/>
          <w:sz w:val="24"/>
          <w:szCs w:val="24"/>
          <w:lang w:val="es-MX"/>
        </w:rPr>
        <w:br w:type="column"/>
      </w:r>
      <w:r w:rsidR="000D729C" w:rsidRPr="004F7A42">
        <w:rPr>
          <w:rFonts w:ascii="Arial" w:eastAsia="Aptos" w:hAnsi="Arial" w:cs="Arial"/>
          <w:b/>
          <w:bCs/>
          <w:sz w:val="24"/>
          <w:szCs w:val="24"/>
          <w:lang w:val="es-MX"/>
        </w:rPr>
        <w:lastRenderedPageBreak/>
        <w:t>D E C R E T O</w:t>
      </w:r>
    </w:p>
    <w:p w14:paraId="0F42E3FE" w14:textId="77777777" w:rsidR="000D729C" w:rsidRPr="004F7A42" w:rsidRDefault="000D729C" w:rsidP="00C65FB1">
      <w:pPr>
        <w:spacing w:after="0" w:line="240" w:lineRule="auto"/>
        <w:jc w:val="center"/>
        <w:rPr>
          <w:rFonts w:ascii="Arial" w:eastAsia="Aptos" w:hAnsi="Arial" w:cs="Arial"/>
          <w:b/>
          <w:bCs/>
          <w:sz w:val="24"/>
          <w:szCs w:val="24"/>
          <w:lang w:val="es-MX"/>
        </w:rPr>
      </w:pPr>
    </w:p>
    <w:p w14:paraId="143153B4" w14:textId="50F9BA74" w:rsidR="000D729C" w:rsidRPr="004F7A42" w:rsidRDefault="00851829" w:rsidP="0012753A">
      <w:pPr>
        <w:spacing w:after="0" w:line="240" w:lineRule="auto"/>
        <w:jc w:val="both"/>
        <w:rPr>
          <w:rFonts w:ascii="Arial" w:eastAsia="Aptos" w:hAnsi="Arial" w:cs="Arial"/>
          <w:b/>
          <w:bCs/>
          <w:sz w:val="24"/>
          <w:szCs w:val="24"/>
          <w:lang w:val="es-MX"/>
        </w:rPr>
      </w:pPr>
      <w:r w:rsidRPr="00851829">
        <w:rPr>
          <w:rFonts w:ascii="Arial" w:eastAsia="Times New Roman" w:hAnsi="Arial" w:cs="Arial"/>
          <w:b/>
          <w:lang w:val="es-MX"/>
        </w:rPr>
        <w:t>Por el que se autorizan montos máximos de endeudamiento a los cuales podrán acceder los municipios del Estado de Yucatán, para contratar uno o varios financiamientos que se destinarán a inversiones públicas productivas; asimismo, se autoriza la afectación como fuente de pago de un porcentaje del derecho a recibir y los ingresos que individualmente les correspondan del Fondo de Aportaciones para la Infraestructura Social Municipal y de las Demarcaciones Territoriales del Distrito Federal, y la celebración de los mecanismos de pago de los financiamientos que contraten</w:t>
      </w:r>
      <w:r w:rsidR="0012753A">
        <w:rPr>
          <w:rFonts w:ascii="Arial" w:eastAsia="Times New Roman" w:hAnsi="Arial" w:cs="Arial"/>
          <w:b/>
          <w:lang w:val="es-MX"/>
        </w:rPr>
        <w:t>.</w:t>
      </w:r>
    </w:p>
    <w:p w14:paraId="4364DE5B" w14:textId="0E975699" w:rsidR="000D729C" w:rsidRDefault="000D729C" w:rsidP="00C65FB1">
      <w:pPr>
        <w:spacing w:after="0" w:line="360" w:lineRule="auto"/>
        <w:rPr>
          <w:rFonts w:ascii="Arial" w:eastAsia="Aptos" w:hAnsi="Arial" w:cs="Arial"/>
          <w:b/>
          <w:bCs/>
          <w:sz w:val="24"/>
          <w:szCs w:val="24"/>
          <w:lang w:val="es-MX"/>
        </w:rPr>
      </w:pPr>
    </w:p>
    <w:p w14:paraId="1E365532" w14:textId="77777777" w:rsidR="005B32EE" w:rsidRPr="005B32EE" w:rsidRDefault="005B32EE" w:rsidP="005B32EE">
      <w:pPr>
        <w:spacing w:after="0" w:line="240" w:lineRule="auto"/>
        <w:jc w:val="both"/>
        <w:rPr>
          <w:rFonts w:ascii="Arial" w:eastAsia="Times New Roman" w:hAnsi="Arial" w:cs="Arial"/>
          <w:b/>
          <w:lang w:val="es-ES" w:eastAsia="es-ES"/>
        </w:rPr>
      </w:pPr>
      <w:r w:rsidRPr="005B32EE">
        <w:rPr>
          <w:rFonts w:ascii="Arial" w:eastAsia="Times New Roman" w:hAnsi="Arial" w:cs="Arial"/>
          <w:b/>
          <w:lang w:val="es-ES" w:eastAsia="es-ES"/>
        </w:rPr>
        <w:t>Artículo 1. Autorización para la contratación</w:t>
      </w:r>
    </w:p>
    <w:p w14:paraId="256F2CF1"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MX" w:eastAsia="es-ES"/>
        </w:rPr>
        <w:t>Se autoriza a los municipios del estado de Yucatán, de conformidad con lo establecido por el párrafo tercero de la fracción VIII del artículo 117 de la Constitución Política de los Estados Unidos Mexicanos y en virtud del análisis realizado de la capacidad de pago de cada municipio; del destino que se dará a los financiamientos que contraten y la garantía o fuente de pago que se constituirá con la afectación a que se refiere el artículo 9 de este decreto, para</w:t>
      </w:r>
      <w:r w:rsidRPr="005B32EE">
        <w:rPr>
          <w:rFonts w:ascii="Arial" w:eastAsia="Times New Roman" w:hAnsi="Arial" w:cs="Arial"/>
          <w:lang w:val="es-ES" w:eastAsia="es-ES"/>
        </w:rPr>
        <w:t>:</w:t>
      </w:r>
    </w:p>
    <w:p w14:paraId="351BE1DC" w14:textId="77777777" w:rsidR="005B32EE" w:rsidRPr="005B32EE" w:rsidRDefault="005B32EE" w:rsidP="005B32EE">
      <w:pPr>
        <w:spacing w:after="0" w:line="240" w:lineRule="auto"/>
        <w:ind w:firstLine="709"/>
        <w:jc w:val="both"/>
        <w:rPr>
          <w:rFonts w:ascii="Arial" w:eastAsia="Times New Roman" w:hAnsi="Arial" w:cs="Arial"/>
          <w:lang w:val="es-ES" w:eastAsia="es-ES"/>
        </w:rPr>
      </w:pPr>
    </w:p>
    <w:p w14:paraId="09B47344" w14:textId="77777777" w:rsidR="005B32EE" w:rsidRPr="005B32EE" w:rsidRDefault="005B32EE" w:rsidP="005B32EE">
      <w:pPr>
        <w:spacing w:after="0" w:line="240" w:lineRule="auto"/>
        <w:ind w:firstLine="709"/>
        <w:jc w:val="both"/>
        <w:rPr>
          <w:rFonts w:ascii="Arial" w:eastAsia="Times New Roman" w:hAnsi="Arial" w:cs="Arial"/>
          <w:lang w:val="es-ES" w:eastAsia="es-ES"/>
        </w:rPr>
      </w:pPr>
      <w:r w:rsidRPr="005B32EE">
        <w:rPr>
          <w:rFonts w:ascii="Arial" w:eastAsia="Times New Roman" w:hAnsi="Arial" w:cs="Arial"/>
          <w:lang w:val="es-ES" w:eastAsia="es-ES"/>
        </w:rPr>
        <w:t>I. Contratar deuda pública vía uno o más financiamientos, a tasa fija, hasta por el monto del endeudamiento que por cada municipio se establece en el artículo siguiente, para el destino, plazos, términos, condiciones y con las características que en este decreto se establecen.</w:t>
      </w:r>
    </w:p>
    <w:p w14:paraId="6AB6AFF9" w14:textId="77777777" w:rsidR="005B32EE" w:rsidRPr="005B32EE" w:rsidRDefault="005B32EE" w:rsidP="005B32EE">
      <w:pPr>
        <w:spacing w:after="0" w:line="240" w:lineRule="auto"/>
        <w:ind w:firstLine="709"/>
        <w:jc w:val="both"/>
        <w:rPr>
          <w:rFonts w:ascii="Arial" w:eastAsia="Times New Roman" w:hAnsi="Arial" w:cs="Arial"/>
          <w:lang w:val="es-ES" w:eastAsia="es-ES"/>
        </w:rPr>
      </w:pPr>
    </w:p>
    <w:p w14:paraId="7D89CD1A" w14:textId="77777777" w:rsidR="005B32EE" w:rsidRPr="005B32EE" w:rsidRDefault="005B32EE" w:rsidP="005B32EE">
      <w:pPr>
        <w:spacing w:after="0" w:line="240" w:lineRule="auto"/>
        <w:ind w:firstLine="709"/>
        <w:jc w:val="both"/>
        <w:rPr>
          <w:rFonts w:ascii="Arial" w:eastAsia="Times New Roman" w:hAnsi="Arial" w:cs="Arial"/>
          <w:lang w:val="es-ES" w:eastAsia="es-ES"/>
        </w:rPr>
      </w:pPr>
      <w:r w:rsidRPr="005B32EE">
        <w:rPr>
          <w:rFonts w:ascii="Arial" w:eastAsia="Times New Roman" w:hAnsi="Arial" w:cs="Arial"/>
          <w:lang w:val="es-ES" w:eastAsia="es-ES"/>
        </w:rPr>
        <w:t>II. Afectar el derecho a recibir y los ingresos que correspondan del Fondo de Aportaciones para la Infraestructura Social Municipal y de las Demarcaciones Territoriales del Distrito Federal, conforme a lo previsto en el artículo 9 de este decreto.</w:t>
      </w:r>
    </w:p>
    <w:p w14:paraId="2A8E62FF" w14:textId="77777777" w:rsidR="005B32EE" w:rsidRPr="005B32EE" w:rsidRDefault="005B32EE" w:rsidP="005B32EE">
      <w:pPr>
        <w:spacing w:after="0" w:line="240" w:lineRule="auto"/>
        <w:jc w:val="both"/>
        <w:rPr>
          <w:rFonts w:ascii="Arial" w:eastAsia="Times New Roman" w:hAnsi="Arial" w:cs="Arial"/>
          <w:b/>
          <w:lang w:val="es-ES" w:eastAsia="es-ES"/>
        </w:rPr>
      </w:pPr>
    </w:p>
    <w:p w14:paraId="3378908D" w14:textId="77777777" w:rsidR="005B32EE" w:rsidRPr="005B32EE" w:rsidRDefault="005B32EE" w:rsidP="005B32EE">
      <w:pPr>
        <w:spacing w:after="0" w:line="240" w:lineRule="auto"/>
        <w:jc w:val="both"/>
        <w:rPr>
          <w:rFonts w:ascii="Arial" w:eastAsia="Times New Roman" w:hAnsi="Arial" w:cs="Arial"/>
          <w:b/>
          <w:lang w:val="es-ES" w:eastAsia="es-ES"/>
        </w:rPr>
      </w:pPr>
      <w:r w:rsidRPr="005B32EE">
        <w:rPr>
          <w:rFonts w:ascii="Arial" w:eastAsia="Times New Roman" w:hAnsi="Arial" w:cs="Arial"/>
          <w:b/>
          <w:lang w:val="es-ES" w:eastAsia="es-ES"/>
        </w:rPr>
        <w:t>Artículo 2. Autorización de montos máximos</w:t>
      </w:r>
    </w:p>
    <w:p w14:paraId="334E48BD"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Se autoriza a los municipios del estado de Yucatán, previo análisis de su capacidad de pago, del destino que darán a los recursos que obtengan con motivo de la disposición del o los financiamientos que contraten y de la fuente de pago de los financiamientos que se constituirán con la afectación de los recursos a que se refiere el artículo 9 de este decreto, mediante el quórum específico de votación que se requiere, conforme a lo establecido por el párrafo tercero de la fracción VIII del artículo 117 de la Constitución Política de los Estados Unidos Mexicanos, para que gestionen y contraten de manera individual uno o varios financiamientos, a tasa fija,</w:t>
      </w:r>
      <w:r w:rsidRPr="005B32EE">
        <w:rPr>
          <w:rFonts w:ascii="Arial" w:eastAsia="Times New Roman" w:hAnsi="Arial" w:cs="Arial"/>
          <w:b/>
          <w:lang w:val="es-ES" w:eastAsia="es-ES"/>
        </w:rPr>
        <w:t xml:space="preserve"> </w:t>
      </w:r>
      <w:r w:rsidRPr="005B32EE">
        <w:rPr>
          <w:rFonts w:ascii="Arial" w:eastAsia="Times New Roman" w:hAnsi="Arial" w:cs="Arial"/>
          <w:lang w:val="es-ES" w:eastAsia="es-ES"/>
        </w:rPr>
        <w:t>hasta por el monto que para cada municipio se indica en la siguiente tabla:</w:t>
      </w:r>
    </w:p>
    <w:p w14:paraId="5D495A7E" w14:textId="77777777" w:rsidR="005B32EE" w:rsidRPr="005B32EE" w:rsidRDefault="005B32EE" w:rsidP="005B32EE">
      <w:pPr>
        <w:spacing w:after="0" w:line="240" w:lineRule="auto"/>
        <w:jc w:val="both"/>
        <w:rPr>
          <w:rFonts w:ascii="Arial" w:eastAsia="Times New Roman" w:hAnsi="Arial" w:cs="Arial"/>
          <w:b/>
          <w:lang w:val="es-ES" w:eastAsia="es-ES"/>
        </w:rPr>
      </w:pPr>
    </w:p>
    <w:tbl>
      <w:tblPr>
        <w:tblW w:w="8818" w:type="dxa"/>
        <w:tblLayout w:type="fixed"/>
        <w:tblCellMar>
          <w:left w:w="70" w:type="dxa"/>
          <w:right w:w="70" w:type="dxa"/>
        </w:tblCellMar>
        <w:tblLook w:val="04A0" w:firstRow="1" w:lastRow="0" w:firstColumn="1" w:lastColumn="0" w:noHBand="0" w:noVBand="1"/>
      </w:tblPr>
      <w:tblGrid>
        <w:gridCol w:w="1150"/>
        <w:gridCol w:w="3802"/>
        <w:gridCol w:w="3866"/>
      </w:tblGrid>
      <w:tr w:rsidR="005B32EE" w:rsidRPr="00552346" w14:paraId="2C7518B8" w14:textId="77777777" w:rsidTr="00552346">
        <w:trPr>
          <w:trHeight w:val="915"/>
          <w:tblHeader/>
        </w:trPr>
        <w:tc>
          <w:tcPr>
            <w:tcW w:w="115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622179D3" w14:textId="77777777" w:rsidR="005B32EE" w:rsidRPr="00552346" w:rsidRDefault="005B32EE" w:rsidP="00552346">
            <w:pPr>
              <w:spacing w:after="0" w:line="240" w:lineRule="auto"/>
              <w:ind w:left="351" w:right="-3"/>
              <w:rPr>
                <w:rFonts w:ascii="Calibri" w:eastAsia="Times New Roman" w:hAnsi="Calibri" w:cs="Calibri"/>
                <w:b/>
                <w:bCs/>
                <w:sz w:val="24"/>
                <w:szCs w:val="24"/>
                <w:lang w:val="es-MX" w:eastAsia="es-MX"/>
              </w:rPr>
            </w:pPr>
            <w:r w:rsidRPr="00552346">
              <w:rPr>
                <w:rFonts w:ascii="Calibri" w:eastAsia="Times New Roman" w:hAnsi="Calibri" w:cs="Calibri"/>
                <w:b/>
                <w:bCs/>
                <w:sz w:val="24"/>
                <w:szCs w:val="24"/>
                <w:lang w:val="es-MX" w:eastAsia="es-MX"/>
              </w:rPr>
              <w:t>No.</w:t>
            </w:r>
          </w:p>
        </w:tc>
        <w:tc>
          <w:tcPr>
            <w:tcW w:w="3802"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394B7CA1" w14:textId="77777777" w:rsidR="005B32EE" w:rsidRPr="00552346" w:rsidRDefault="005B32EE" w:rsidP="005B32EE">
            <w:pPr>
              <w:spacing w:after="0" w:line="240" w:lineRule="auto"/>
              <w:ind w:left="705" w:right="-3" w:hanging="10"/>
              <w:jc w:val="center"/>
              <w:rPr>
                <w:rFonts w:ascii="Calibri" w:eastAsia="Times New Roman" w:hAnsi="Calibri" w:cs="Calibri"/>
                <w:b/>
                <w:bCs/>
                <w:sz w:val="24"/>
                <w:szCs w:val="24"/>
                <w:lang w:val="es-MX" w:eastAsia="es-MX"/>
              </w:rPr>
            </w:pPr>
            <w:r w:rsidRPr="00552346">
              <w:rPr>
                <w:rFonts w:ascii="Calibri" w:eastAsia="Times New Roman" w:hAnsi="Calibri" w:cs="Calibri"/>
                <w:b/>
                <w:bCs/>
                <w:sz w:val="24"/>
                <w:szCs w:val="24"/>
                <w:lang w:val="es-MX" w:eastAsia="es-MX"/>
              </w:rPr>
              <w:t>Nombre del Municipio</w:t>
            </w:r>
          </w:p>
        </w:tc>
        <w:tc>
          <w:tcPr>
            <w:tcW w:w="3866"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1FF8F253" w14:textId="62574CE7" w:rsidR="005B32EE" w:rsidRPr="00552346" w:rsidRDefault="005B32EE" w:rsidP="005B32EE">
            <w:pPr>
              <w:spacing w:after="0" w:line="240" w:lineRule="auto"/>
              <w:ind w:left="705" w:right="-3" w:hanging="10"/>
              <w:jc w:val="center"/>
              <w:rPr>
                <w:rFonts w:ascii="Calibri" w:eastAsia="Times New Roman" w:hAnsi="Calibri" w:cs="Calibri"/>
                <w:b/>
                <w:bCs/>
                <w:sz w:val="24"/>
                <w:szCs w:val="24"/>
                <w:lang w:val="es-MX" w:eastAsia="es-MX"/>
              </w:rPr>
            </w:pPr>
            <w:proofErr w:type="gramStart"/>
            <w:r w:rsidRPr="00552346">
              <w:rPr>
                <w:rFonts w:ascii="Calibri" w:eastAsia="Times New Roman" w:hAnsi="Calibri" w:cs="Calibri"/>
                <w:b/>
                <w:bCs/>
                <w:sz w:val="24"/>
                <w:szCs w:val="24"/>
                <w:lang w:val="es-MX" w:eastAsia="es-MX"/>
              </w:rPr>
              <w:t xml:space="preserve">Importe </w:t>
            </w:r>
            <w:r w:rsidR="00552346" w:rsidRPr="00552346">
              <w:rPr>
                <w:rFonts w:ascii="Calibri" w:eastAsia="Times New Roman" w:hAnsi="Calibri" w:cs="Calibri"/>
                <w:b/>
                <w:bCs/>
                <w:sz w:val="24"/>
                <w:szCs w:val="24"/>
                <w:lang w:val="es-MX" w:eastAsia="es-MX"/>
              </w:rPr>
              <w:t>m</w:t>
            </w:r>
            <w:r w:rsidRPr="00552346">
              <w:rPr>
                <w:rFonts w:ascii="Calibri" w:eastAsia="Times New Roman" w:hAnsi="Calibri" w:cs="Calibri"/>
                <w:b/>
                <w:bCs/>
                <w:sz w:val="24"/>
                <w:szCs w:val="24"/>
                <w:lang w:val="es-MX" w:eastAsia="es-MX"/>
              </w:rPr>
              <w:t>áximo a contratar</w:t>
            </w:r>
            <w:proofErr w:type="gramEnd"/>
            <w:r w:rsidRPr="00552346">
              <w:rPr>
                <w:rFonts w:ascii="Calibri" w:eastAsia="Times New Roman" w:hAnsi="Calibri" w:cs="Calibri"/>
                <w:b/>
                <w:bCs/>
                <w:sz w:val="24"/>
                <w:szCs w:val="24"/>
                <w:lang w:val="es-MX" w:eastAsia="es-MX"/>
              </w:rPr>
              <w:t xml:space="preserve"> (</w:t>
            </w:r>
            <w:proofErr w:type="gramStart"/>
            <w:r w:rsidRPr="00552346">
              <w:rPr>
                <w:rFonts w:ascii="Calibri" w:eastAsia="Times New Roman" w:hAnsi="Calibri" w:cs="Calibri"/>
                <w:b/>
                <w:bCs/>
                <w:sz w:val="24"/>
                <w:szCs w:val="24"/>
                <w:lang w:val="es-MX" w:eastAsia="es-MX"/>
              </w:rPr>
              <w:t>pesos)</w:t>
            </w:r>
            <w:r w:rsidRPr="00552346">
              <w:rPr>
                <w:rFonts w:ascii="Calibri" w:eastAsia="Times New Roman" w:hAnsi="Calibri" w:cs="Calibri"/>
                <w:sz w:val="16"/>
                <w:szCs w:val="16"/>
                <w:lang w:val="es-MX" w:eastAsia="es-MX"/>
              </w:rPr>
              <w:t>   </w:t>
            </w:r>
            <w:proofErr w:type="gramEnd"/>
          </w:p>
        </w:tc>
      </w:tr>
      <w:tr w:rsidR="005B32EE" w:rsidRPr="005B32EE" w14:paraId="75FCB8BF"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342180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w:t>
            </w:r>
          </w:p>
        </w:tc>
        <w:tc>
          <w:tcPr>
            <w:tcW w:w="3802" w:type="dxa"/>
            <w:tcBorders>
              <w:top w:val="nil"/>
              <w:left w:val="nil"/>
              <w:bottom w:val="single" w:sz="8" w:space="0" w:color="auto"/>
              <w:right w:val="single" w:sz="8" w:space="0" w:color="auto"/>
            </w:tcBorders>
            <w:noWrap/>
            <w:vAlign w:val="center"/>
            <w:hideMark/>
          </w:tcPr>
          <w:p w14:paraId="39A0551A"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Abalá</w:t>
            </w:r>
          </w:p>
        </w:tc>
        <w:tc>
          <w:tcPr>
            <w:tcW w:w="3866" w:type="dxa"/>
            <w:tcBorders>
              <w:top w:val="nil"/>
              <w:left w:val="nil"/>
              <w:bottom w:val="single" w:sz="8" w:space="0" w:color="auto"/>
              <w:right w:val="single" w:sz="8" w:space="0" w:color="auto"/>
            </w:tcBorders>
            <w:noWrap/>
            <w:vAlign w:val="center"/>
            <w:hideMark/>
          </w:tcPr>
          <w:p w14:paraId="56EDA5C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$3,105,716.83</w:t>
            </w:r>
          </w:p>
        </w:tc>
      </w:tr>
      <w:tr w:rsidR="005B32EE" w:rsidRPr="005B32EE" w14:paraId="5565BC68"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B487D3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w:t>
            </w:r>
          </w:p>
        </w:tc>
        <w:tc>
          <w:tcPr>
            <w:tcW w:w="3802" w:type="dxa"/>
            <w:tcBorders>
              <w:top w:val="nil"/>
              <w:left w:val="nil"/>
              <w:bottom w:val="single" w:sz="8" w:space="0" w:color="auto"/>
              <w:right w:val="single" w:sz="8" w:space="0" w:color="auto"/>
            </w:tcBorders>
            <w:noWrap/>
            <w:vAlign w:val="center"/>
            <w:hideMark/>
          </w:tcPr>
          <w:p w14:paraId="26F843FB"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Acanceh</w:t>
            </w:r>
          </w:p>
        </w:tc>
        <w:tc>
          <w:tcPr>
            <w:tcW w:w="3866" w:type="dxa"/>
            <w:tcBorders>
              <w:top w:val="nil"/>
              <w:left w:val="nil"/>
              <w:bottom w:val="single" w:sz="8" w:space="0" w:color="auto"/>
              <w:right w:val="single" w:sz="8" w:space="0" w:color="auto"/>
            </w:tcBorders>
            <w:noWrap/>
            <w:vAlign w:val="center"/>
            <w:hideMark/>
          </w:tcPr>
          <w:p w14:paraId="1D54B30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$3,953,530.18</w:t>
            </w:r>
          </w:p>
        </w:tc>
      </w:tr>
      <w:tr w:rsidR="005B32EE" w:rsidRPr="005B32EE" w14:paraId="0A71023F"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AF9D4F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w:t>
            </w:r>
          </w:p>
        </w:tc>
        <w:tc>
          <w:tcPr>
            <w:tcW w:w="3802" w:type="dxa"/>
            <w:tcBorders>
              <w:top w:val="nil"/>
              <w:left w:val="nil"/>
              <w:bottom w:val="single" w:sz="8" w:space="0" w:color="auto"/>
              <w:right w:val="single" w:sz="8" w:space="0" w:color="auto"/>
            </w:tcBorders>
            <w:noWrap/>
            <w:vAlign w:val="center"/>
            <w:hideMark/>
          </w:tcPr>
          <w:p w14:paraId="1D6B28B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Akil</w:t>
            </w:r>
          </w:p>
        </w:tc>
        <w:tc>
          <w:tcPr>
            <w:tcW w:w="3866" w:type="dxa"/>
            <w:tcBorders>
              <w:top w:val="nil"/>
              <w:left w:val="nil"/>
              <w:bottom w:val="single" w:sz="8" w:space="0" w:color="auto"/>
              <w:right w:val="single" w:sz="8" w:space="0" w:color="auto"/>
            </w:tcBorders>
            <w:noWrap/>
            <w:vAlign w:val="center"/>
            <w:hideMark/>
          </w:tcPr>
          <w:p w14:paraId="33060EC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$6,963,854.23</w:t>
            </w:r>
          </w:p>
        </w:tc>
      </w:tr>
      <w:tr w:rsidR="005B32EE" w:rsidRPr="005B32EE" w14:paraId="2284F276"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C6FCF3A"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w:t>
            </w:r>
          </w:p>
        </w:tc>
        <w:tc>
          <w:tcPr>
            <w:tcW w:w="3802" w:type="dxa"/>
            <w:tcBorders>
              <w:top w:val="nil"/>
              <w:left w:val="nil"/>
              <w:bottom w:val="single" w:sz="8" w:space="0" w:color="auto"/>
              <w:right w:val="single" w:sz="8" w:space="0" w:color="auto"/>
            </w:tcBorders>
            <w:noWrap/>
            <w:vAlign w:val="center"/>
            <w:hideMark/>
          </w:tcPr>
          <w:p w14:paraId="586DC19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Baca</w:t>
            </w:r>
          </w:p>
        </w:tc>
        <w:tc>
          <w:tcPr>
            <w:tcW w:w="3866" w:type="dxa"/>
            <w:tcBorders>
              <w:top w:val="nil"/>
              <w:left w:val="nil"/>
              <w:bottom w:val="single" w:sz="8" w:space="0" w:color="auto"/>
              <w:right w:val="single" w:sz="8" w:space="0" w:color="auto"/>
            </w:tcBorders>
            <w:noWrap/>
            <w:vAlign w:val="center"/>
            <w:hideMark/>
          </w:tcPr>
          <w:p w14:paraId="05A83EF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$2,155,867.03</w:t>
            </w:r>
          </w:p>
        </w:tc>
      </w:tr>
      <w:tr w:rsidR="005B32EE" w:rsidRPr="005B32EE" w14:paraId="5DDDAB91"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6156531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lastRenderedPageBreak/>
              <w:t>5</w:t>
            </w:r>
          </w:p>
        </w:tc>
        <w:tc>
          <w:tcPr>
            <w:tcW w:w="3802" w:type="dxa"/>
            <w:tcBorders>
              <w:top w:val="nil"/>
              <w:left w:val="nil"/>
              <w:bottom w:val="single" w:sz="8" w:space="0" w:color="auto"/>
              <w:right w:val="single" w:sz="8" w:space="0" w:color="auto"/>
            </w:tcBorders>
            <w:noWrap/>
            <w:vAlign w:val="center"/>
            <w:hideMark/>
          </w:tcPr>
          <w:p w14:paraId="47BE5200"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Bokobá</w:t>
            </w:r>
          </w:p>
        </w:tc>
        <w:tc>
          <w:tcPr>
            <w:tcW w:w="3866" w:type="dxa"/>
            <w:tcBorders>
              <w:top w:val="nil"/>
              <w:left w:val="nil"/>
              <w:bottom w:val="single" w:sz="8" w:space="0" w:color="auto"/>
              <w:right w:val="single" w:sz="8" w:space="0" w:color="auto"/>
            </w:tcBorders>
            <w:noWrap/>
            <w:vAlign w:val="center"/>
            <w:hideMark/>
          </w:tcPr>
          <w:p w14:paraId="6B5CB02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$1,095,550.50</w:t>
            </w:r>
          </w:p>
        </w:tc>
      </w:tr>
      <w:tr w:rsidR="005B32EE" w:rsidRPr="005B32EE" w14:paraId="25AF041D"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C0BC1E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w:t>
            </w:r>
          </w:p>
        </w:tc>
        <w:tc>
          <w:tcPr>
            <w:tcW w:w="3802" w:type="dxa"/>
            <w:tcBorders>
              <w:top w:val="nil"/>
              <w:left w:val="nil"/>
              <w:bottom w:val="single" w:sz="8" w:space="0" w:color="auto"/>
              <w:right w:val="single" w:sz="8" w:space="0" w:color="auto"/>
            </w:tcBorders>
            <w:noWrap/>
            <w:vAlign w:val="center"/>
            <w:hideMark/>
          </w:tcPr>
          <w:p w14:paraId="0A1A87CC"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Buctzotz</w:t>
            </w:r>
            <w:proofErr w:type="spellEnd"/>
          </w:p>
        </w:tc>
        <w:tc>
          <w:tcPr>
            <w:tcW w:w="3866" w:type="dxa"/>
            <w:tcBorders>
              <w:top w:val="nil"/>
              <w:left w:val="nil"/>
              <w:bottom w:val="single" w:sz="8" w:space="0" w:color="auto"/>
              <w:right w:val="single" w:sz="8" w:space="0" w:color="auto"/>
            </w:tcBorders>
            <w:noWrap/>
            <w:vAlign w:val="center"/>
            <w:hideMark/>
          </w:tcPr>
          <w:p w14:paraId="36D85E8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$4,441,032.08</w:t>
            </w:r>
          </w:p>
        </w:tc>
      </w:tr>
      <w:tr w:rsidR="005B32EE" w:rsidRPr="005B32EE" w14:paraId="750D5478"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63D805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w:t>
            </w:r>
          </w:p>
        </w:tc>
        <w:tc>
          <w:tcPr>
            <w:tcW w:w="3802" w:type="dxa"/>
            <w:tcBorders>
              <w:top w:val="nil"/>
              <w:left w:val="nil"/>
              <w:bottom w:val="single" w:sz="8" w:space="0" w:color="auto"/>
              <w:right w:val="single" w:sz="8" w:space="0" w:color="auto"/>
            </w:tcBorders>
            <w:noWrap/>
            <w:vAlign w:val="center"/>
            <w:hideMark/>
          </w:tcPr>
          <w:p w14:paraId="4070443F"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Cacalchén</w:t>
            </w:r>
            <w:proofErr w:type="spellEnd"/>
          </w:p>
        </w:tc>
        <w:tc>
          <w:tcPr>
            <w:tcW w:w="3866" w:type="dxa"/>
            <w:tcBorders>
              <w:top w:val="nil"/>
              <w:left w:val="nil"/>
              <w:bottom w:val="single" w:sz="8" w:space="0" w:color="auto"/>
              <w:right w:val="single" w:sz="8" w:space="0" w:color="auto"/>
            </w:tcBorders>
            <w:noWrap/>
            <w:vAlign w:val="center"/>
            <w:hideMark/>
          </w:tcPr>
          <w:p w14:paraId="2DF6EDCB"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$2,092,271.88</w:t>
            </w:r>
          </w:p>
        </w:tc>
      </w:tr>
      <w:tr w:rsidR="005B32EE" w:rsidRPr="005B32EE" w14:paraId="2E81B863"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B6E63A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w:t>
            </w:r>
          </w:p>
        </w:tc>
        <w:tc>
          <w:tcPr>
            <w:tcW w:w="3802" w:type="dxa"/>
            <w:tcBorders>
              <w:top w:val="nil"/>
              <w:left w:val="nil"/>
              <w:bottom w:val="single" w:sz="8" w:space="0" w:color="auto"/>
              <w:right w:val="single" w:sz="8" w:space="0" w:color="auto"/>
            </w:tcBorders>
            <w:noWrap/>
            <w:vAlign w:val="center"/>
            <w:hideMark/>
          </w:tcPr>
          <w:p w14:paraId="74F0B77B"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Calotmul</w:t>
            </w:r>
            <w:proofErr w:type="spellEnd"/>
          </w:p>
        </w:tc>
        <w:tc>
          <w:tcPr>
            <w:tcW w:w="3866" w:type="dxa"/>
            <w:tcBorders>
              <w:top w:val="nil"/>
              <w:left w:val="nil"/>
              <w:bottom w:val="single" w:sz="8" w:space="0" w:color="auto"/>
              <w:right w:val="single" w:sz="8" w:space="0" w:color="auto"/>
            </w:tcBorders>
            <w:noWrap/>
            <w:vAlign w:val="center"/>
            <w:hideMark/>
          </w:tcPr>
          <w:p w14:paraId="51BBD90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$4,249,467.65</w:t>
            </w:r>
          </w:p>
        </w:tc>
      </w:tr>
      <w:tr w:rsidR="005B32EE" w:rsidRPr="005B32EE" w14:paraId="0EC110F3"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18B757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9</w:t>
            </w:r>
          </w:p>
        </w:tc>
        <w:tc>
          <w:tcPr>
            <w:tcW w:w="3802" w:type="dxa"/>
            <w:tcBorders>
              <w:top w:val="nil"/>
              <w:left w:val="nil"/>
              <w:bottom w:val="single" w:sz="8" w:space="0" w:color="auto"/>
              <w:right w:val="single" w:sz="8" w:space="0" w:color="auto"/>
            </w:tcBorders>
            <w:noWrap/>
            <w:vAlign w:val="center"/>
            <w:hideMark/>
          </w:tcPr>
          <w:p w14:paraId="1E257B32"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Cansahcab</w:t>
            </w:r>
            <w:proofErr w:type="spellEnd"/>
          </w:p>
        </w:tc>
        <w:tc>
          <w:tcPr>
            <w:tcW w:w="3866" w:type="dxa"/>
            <w:tcBorders>
              <w:top w:val="nil"/>
              <w:left w:val="nil"/>
              <w:bottom w:val="single" w:sz="8" w:space="0" w:color="auto"/>
              <w:right w:val="single" w:sz="8" w:space="0" w:color="auto"/>
            </w:tcBorders>
            <w:noWrap/>
            <w:vAlign w:val="center"/>
            <w:hideMark/>
          </w:tcPr>
          <w:p w14:paraId="1EF3EC6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$2,460,555.71</w:t>
            </w:r>
          </w:p>
        </w:tc>
      </w:tr>
      <w:tr w:rsidR="005B32EE" w:rsidRPr="005B32EE" w14:paraId="584A652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FB3F27A"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10</w:t>
            </w:r>
          </w:p>
        </w:tc>
        <w:tc>
          <w:tcPr>
            <w:tcW w:w="3802" w:type="dxa"/>
            <w:tcBorders>
              <w:top w:val="nil"/>
              <w:left w:val="nil"/>
              <w:bottom w:val="single" w:sz="8" w:space="0" w:color="auto"/>
              <w:right w:val="single" w:sz="8" w:space="0" w:color="auto"/>
            </w:tcBorders>
            <w:noWrap/>
            <w:vAlign w:val="center"/>
            <w:hideMark/>
          </w:tcPr>
          <w:p w14:paraId="5569EEA3"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Cantamayec</w:t>
            </w:r>
            <w:proofErr w:type="spellEnd"/>
          </w:p>
        </w:tc>
        <w:tc>
          <w:tcPr>
            <w:tcW w:w="3866" w:type="dxa"/>
            <w:tcBorders>
              <w:top w:val="nil"/>
              <w:left w:val="nil"/>
              <w:bottom w:val="single" w:sz="8" w:space="0" w:color="auto"/>
              <w:right w:val="single" w:sz="8" w:space="0" w:color="auto"/>
            </w:tcBorders>
            <w:noWrap/>
            <w:vAlign w:val="center"/>
            <w:hideMark/>
          </w:tcPr>
          <w:p w14:paraId="5BF4C58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$3,392,903.05</w:t>
            </w:r>
          </w:p>
        </w:tc>
      </w:tr>
      <w:tr w:rsidR="005B32EE" w:rsidRPr="005B32EE" w14:paraId="3C6CCB6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917108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11</w:t>
            </w:r>
          </w:p>
        </w:tc>
        <w:tc>
          <w:tcPr>
            <w:tcW w:w="3802" w:type="dxa"/>
            <w:tcBorders>
              <w:top w:val="nil"/>
              <w:left w:val="nil"/>
              <w:bottom w:val="single" w:sz="8" w:space="0" w:color="auto"/>
              <w:right w:val="single" w:sz="8" w:space="0" w:color="auto"/>
            </w:tcBorders>
            <w:noWrap/>
            <w:vAlign w:val="center"/>
            <w:hideMark/>
          </w:tcPr>
          <w:p w14:paraId="44E143C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Celestún</w:t>
            </w:r>
          </w:p>
        </w:tc>
        <w:tc>
          <w:tcPr>
            <w:tcW w:w="3866" w:type="dxa"/>
            <w:tcBorders>
              <w:top w:val="nil"/>
              <w:left w:val="nil"/>
              <w:bottom w:val="single" w:sz="8" w:space="0" w:color="auto"/>
              <w:right w:val="single" w:sz="8" w:space="0" w:color="auto"/>
            </w:tcBorders>
            <w:noWrap/>
            <w:vAlign w:val="center"/>
            <w:hideMark/>
          </w:tcPr>
          <w:p w14:paraId="10F259D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$3,860,794.87</w:t>
            </w:r>
          </w:p>
        </w:tc>
      </w:tr>
      <w:tr w:rsidR="005B32EE" w:rsidRPr="005B32EE" w14:paraId="40FE363C"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4C3B01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12</w:t>
            </w:r>
          </w:p>
        </w:tc>
        <w:tc>
          <w:tcPr>
            <w:tcW w:w="3802" w:type="dxa"/>
            <w:tcBorders>
              <w:top w:val="nil"/>
              <w:left w:val="nil"/>
              <w:bottom w:val="single" w:sz="8" w:space="0" w:color="auto"/>
              <w:right w:val="single" w:sz="8" w:space="0" w:color="auto"/>
            </w:tcBorders>
            <w:noWrap/>
            <w:vAlign w:val="center"/>
            <w:hideMark/>
          </w:tcPr>
          <w:p w14:paraId="524655DD"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Cenotillo</w:t>
            </w:r>
          </w:p>
        </w:tc>
        <w:tc>
          <w:tcPr>
            <w:tcW w:w="3866" w:type="dxa"/>
            <w:tcBorders>
              <w:top w:val="nil"/>
              <w:left w:val="nil"/>
              <w:bottom w:val="single" w:sz="8" w:space="0" w:color="auto"/>
              <w:right w:val="single" w:sz="8" w:space="0" w:color="auto"/>
            </w:tcBorders>
            <w:noWrap/>
            <w:vAlign w:val="center"/>
            <w:hideMark/>
          </w:tcPr>
          <w:p w14:paraId="6F58E96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$3,269,698.87</w:t>
            </w:r>
          </w:p>
        </w:tc>
      </w:tr>
      <w:tr w:rsidR="005B32EE" w:rsidRPr="005B32EE" w14:paraId="47D13E45" w14:textId="77777777" w:rsidTr="00C77976">
        <w:trPr>
          <w:trHeight w:val="315"/>
        </w:trPr>
        <w:tc>
          <w:tcPr>
            <w:tcW w:w="1150" w:type="dxa"/>
            <w:tcBorders>
              <w:top w:val="nil"/>
              <w:left w:val="single" w:sz="8" w:space="0" w:color="auto"/>
              <w:bottom w:val="single" w:sz="4" w:space="0" w:color="auto"/>
              <w:right w:val="single" w:sz="8" w:space="0" w:color="auto"/>
            </w:tcBorders>
            <w:noWrap/>
            <w:vAlign w:val="center"/>
            <w:hideMark/>
          </w:tcPr>
          <w:p w14:paraId="7373695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13</w:t>
            </w:r>
          </w:p>
        </w:tc>
        <w:tc>
          <w:tcPr>
            <w:tcW w:w="3802" w:type="dxa"/>
            <w:tcBorders>
              <w:top w:val="nil"/>
              <w:left w:val="nil"/>
              <w:bottom w:val="single" w:sz="4" w:space="0" w:color="auto"/>
              <w:right w:val="single" w:sz="8" w:space="0" w:color="auto"/>
            </w:tcBorders>
            <w:noWrap/>
            <w:vAlign w:val="center"/>
            <w:hideMark/>
          </w:tcPr>
          <w:p w14:paraId="2D9D551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Conkal</w:t>
            </w:r>
          </w:p>
        </w:tc>
        <w:tc>
          <w:tcPr>
            <w:tcW w:w="3866" w:type="dxa"/>
            <w:tcBorders>
              <w:top w:val="nil"/>
              <w:left w:val="nil"/>
              <w:bottom w:val="single" w:sz="4" w:space="0" w:color="auto"/>
              <w:right w:val="single" w:sz="8" w:space="0" w:color="auto"/>
            </w:tcBorders>
            <w:noWrap/>
            <w:vAlign w:val="center"/>
            <w:hideMark/>
          </w:tcPr>
          <w:p w14:paraId="07D66AF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$1,725,316.76</w:t>
            </w:r>
          </w:p>
        </w:tc>
      </w:tr>
      <w:tr w:rsidR="005B32EE" w:rsidRPr="005B32EE" w14:paraId="5AF7DF33" w14:textId="77777777" w:rsidTr="00C77976">
        <w:trPr>
          <w:trHeight w:val="315"/>
        </w:trPr>
        <w:tc>
          <w:tcPr>
            <w:tcW w:w="1150" w:type="dxa"/>
            <w:tcBorders>
              <w:top w:val="single" w:sz="4" w:space="0" w:color="auto"/>
              <w:left w:val="single" w:sz="8" w:space="0" w:color="auto"/>
              <w:bottom w:val="single" w:sz="8" w:space="0" w:color="auto"/>
              <w:right w:val="single" w:sz="8" w:space="0" w:color="auto"/>
            </w:tcBorders>
            <w:noWrap/>
            <w:vAlign w:val="center"/>
          </w:tcPr>
          <w:p w14:paraId="414EC90A"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14</w:t>
            </w:r>
          </w:p>
        </w:tc>
        <w:tc>
          <w:tcPr>
            <w:tcW w:w="3802" w:type="dxa"/>
            <w:tcBorders>
              <w:top w:val="single" w:sz="4" w:space="0" w:color="auto"/>
              <w:left w:val="nil"/>
              <w:bottom w:val="single" w:sz="8" w:space="0" w:color="auto"/>
              <w:right w:val="single" w:sz="8" w:space="0" w:color="auto"/>
            </w:tcBorders>
            <w:noWrap/>
            <w:vAlign w:val="center"/>
          </w:tcPr>
          <w:p w14:paraId="068354A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Cuncunul</w:t>
            </w:r>
            <w:proofErr w:type="spellEnd"/>
            <w:r w:rsidRPr="005B32EE">
              <w:rPr>
                <w:rFonts w:ascii="Calibri" w:eastAsia="Times New Roman" w:hAnsi="Calibri" w:cs="Calibri"/>
                <w:color w:val="000000"/>
                <w:sz w:val="24"/>
                <w:szCs w:val="24"/>
                <w:lang w:val="es-MX" w:eastAsia="es-MX"/>
              </w:rPr>
              <w:t xml:space="preserve"> </w:t>
            </w:r>
          </w:p>
        </w:tc>
        <w:tc>
          <w:tcPr>
            <w:tcW w:w="3866" w:type="dxa"/>
            <w:tcBorders>
              <w:top w:val="single" w:sz="4" w:space="0" w:color="auto"/>
              <w:left w:val="nil"/>
              <w:bottom w:val="single" w:sz="8" w:space="0" w:color="auto"/>
              <w:right w:val="single" w:sz="8" w:space="0" w:color="auto"/>
            </w:tcBorders>
            <w:noWrap/>
            <w:vAlign w:val="center"/>
          </w:tcPr>
          <w:p w14:paraId="77538A9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$1,713,129.19</w:t>
            </w:r>
          </w:p>
        </w:tc>
      </w:tr>
      <w:tr w:rsidR="005B32EE" w:rsidRPr="005B32EE" w14:paraId="17469DFA"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23A918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15</w:t>
            </w:r>
          </w:p>
        </w:tc>
        <w:tc>
          <w:tcPr>
            <w:tcW w:w="3802" w:type="dxa"/>
            <w:tcBorders>
              <w:top w:val="nil"/>
              <w:left w:val="nil"/>
              <w:bottom w:val="single" w:sz="8" w:space="0" w:color="auto"/>
              <w:right w:val="single" w:sz="8" w:space="0" w:color="auto"/>
            </w:tcBorders>
            <w:noWrap/>
            <w:vAlign w:val="center"/>
            <w:hideMark/>
          </w:tcPr>
          <w:p w14:paraId="4BEEA8E3"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Cuzamá</w:t>
            </w:r>
            <w:proofErr w:type="spellEnd"/>
          </w:p>
        </w:tc>
        <w:tc>
          <w:tcPr>
            <w:tcW w:w="3866" w:type="dxa"/>
            <w:tcBorders>
              <w:top w:val="nil"/>
              <w:left w:val="nil"/>
              <w:bottom w:val="single" w:sz="8" w:space="0" w:color="auto"/>
              <w:right w:val="single" w:sz="8" w:space="0" w:color="auto"/>
            </w:tcBorders>
            <w:noWrap/>
            <w:vAlign w:val="center"/>
            <w:hideMark/>
          </w:tcPr>
          <w:p w14:paraId="1DD1DE3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$2,760,479.36</w:t>
            </w:r>
          </w:p>
        </w:tc>
      </w:tr>
      <w:tr w:rsidR="005B32EE" w:rsidRPr="005B32EE" w14:paraId="69AF396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0B2749E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16</w:t>
            </w:r>
          </w:p>
        </w:tc>
        <w:tc>
          <w:tcPr>
            <w:tcW w:w="3802" w:type="dxa"/>
            <w:tcBorders>
              <w:top w:val="nil"/>
              <w:left w:val="nil"/>
              <w:bottom w:val="single" w:sz="8" w:space="0" w:color="auto"/>
              <w:right w:val="single" w:sz="8" w:space="0" w:color="auto"/>
            </w:tcBorders>
            <w:noWrap/>
            <w:vAlign w:val="center"/>
            <w:hideMark/>
          </w:tcPr>
          <w:p w14:paraId="7D4BD53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Chacsinkín</w:t>
            </w:r>
            <w:proofErr w:type="spellEnd"/>
          </w:p>
        </w:tc>
        <w:tc>
          <w:tcPr>
            <w:tcW w:w="3866" w:type="dxa"/>
            <w:tcBorders>
              <w:top w:val="nil"/>
              <w:left w:val="nil"/>
              <w:bottom w:val="single" w:sz="8" w:space="0" w:color="auto"/>
              <w:right w:val="single" w:sz="8" w:space="0" w:color="auto"/>
            </w:tcBorders>
            <w:noWrap/>
            <w:vAlign w:val="center"/>
            <w:hideMark/>
          </w:tcPr>
          <w:p w14:paraId="613FDA8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$3,690,169.21</w:t>
            </w:r>
          </w:p>
        </w:tc>
      </w:tr>
      <w:tr w:rsidR="005B32EE" w:rsidRPr="005B32EE" w14:paraId="421AC3DD"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0239B50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17</w:t>
            </w:r>
          </w:p>
        </w:tc>
        <w:tc>
          <w:tcPr>
            <w:tcW w:w="3802" w:type="dxa"/>
            <w:tcBorders>
              <w:top w:val="nil"/>
              <w:left w:val="nil"/>
              <w:bottom w:val="single" w:sz="8" w:space="0" w:color="auto"/>
              <w:right w:val="single" w:sz="8" w:space="0" w:color="auto"/>
            </w:tcBorders>
            <w:noWrap/>
            <w:vAlign w:val="center"/>
            <w:hideMark/>
          </w:tcPr>
          <w:p w14:paraId="7AE399FF"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Chankom</w:t>
            </w:r>
            <w:proofErr w:type="spellEnd"/>
          </w:p>
        </w:tc>
        <w:tc>
          <w:tcPr>
            <w:tcW w:w="3866" w:type="dxa"/>
            <w:tcBorders>
              <w:top w:val="nil"/>
              <w:left w:val="nil"/>
              <w:bottom w:val="single" w:sz="8" w:space="0" w:color="auto"/>
              <w:right w:val="single" w:sz="8" w:space="0" w:color="auto"/>
            </w:tcBorders>
            <w:noWrap/>
            <w:vAlign w:val="center"/>
            <w:hideMark/>
          </w:tcPr>
          <w:p w14:paraId="0897C98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$6,657,836.84</w:t>
            </w:r>
          </w:p>
        </w:tc>
      </w:tr>
      <w:tr w:rsidR="005B32EE" w:rsidRPr="005B32EE" w14:paraId="23D8929A"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7D8D93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18</w:t>
            </w:r>
          </w:p>
        </w:tc>
        <w:tc>
          <w:tcPr>
            <w:tcW w:w="3802" w:type="dxa"/>
            <w:tcBorders>
              <w:top w:val="nil"/>
              <w:left w:val="nil"/>
              <w:bottom w:val="single" w:sz="8" w:space="0" w:color="auto"/>
              <w:right w:val="single" w:sz="8" w:space="0" w:color="auto"/>
            </w:tcBorders>
            <w:noWrap/>
            <w:vAlign w:val="center"/>
            <w:hideMark/>
          </w:tcPr>
          <w:p w14:paraId="7512DED6"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Chapab</w:t>
            </w:r>
            <w:proofErr w:type="spellEnd"/>
          </w:p>
        </w:tc>
        <w:tc>
          <w:tcPr>
            <w:tcW w:w="3866" w:type="dxa"/>
            <w:tcBorders>
              <w:top w:val="nil"/>
              <w:left w:val="nil"/>
              <w:bottom w:val="single" w:sz="8" w:space="0" w:color="auto"/>
              <w:right w:val="single" w:sz="8" w:space="0" w:color="auto"/>
            </w:tcBorders>
            <w:noWrap/>
            <w:vAlign w:val="center"/>
            <w:hideMark/>
          </w:tcPr>
          <w:p w14:paraId="6FFBA43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$2,347,431.48</w:t>
            </w:r>
          </w:p>
        </w:tc>
      </w:tr>
      <w:tr w:rsidR="005B32EE" w:rsidRPr="005B32EE" w14:paraId="7F348BD9"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67CDAB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19</w:t>
            </w:r>
          </w:p>
        </w:tc>
        <w:tc>
          <w:tcPr>
            <w:tcW w:w="3802" w:type="dxa"/>
            <w:tcBorders>
              <w:top w:val="nil"/>
              <w:left w:val="nil"/>
              <w:bottom w:val="single" w:sz="8" w:space="0" w:color="auto"/>
              <w:right w:val="single" w:sz="8" w:space="0" w:color="auto"/>
            </w:tcBorders>
            <w:noWrap/>
            <w:vAlign w:val="center"/>
            <w:hideMark/>
          </w:tcPr>
          <w:p w14:paraId="3EDF5DDF"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Chemax</w:t>
            </w:r>
          </w:p>
        </w:tc>
        <w:tc>
          <w:tcPr>
            <w:tcW w:w="3866" w:type="dxa"/>
            <w:tcBorders>
              <w:top w:val="nil"/>
              <w:left w:val="nil"/>
              <w:bottom w:val="single" w:sz="8" w:space="0" w:color="auto"/>
              <w:right w:val="single" w:sz="8" w:space="0" w:color="auto"/>
            </w:tcBorders>
            <w:noWrap/>
            <w:vAlign w:val="center"/>
            <w:hideMark/>
          </w:tcPr>
          <w:p w14:paraId="1A21011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$42,041,721.44</w:t>
            </w:r>
          </w:p>
        </w:tc>
      </w:tr>
      <w:tr w:rsidR="005B32EE" w:rsidRPr="005B32EE" w14:paraId="72ABDB9E"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DE60DA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20</w:t>
            </w:r>
          </w:p>
        </w:tc>
        <w:tc>
          <w:tcPr>
            <w:tcW w:w="3802" w:type="dxa"/>
            <w:tcBorders>
              <w:top w:val="nil"/>
              <w:left w:val="nil"/>
              <w:bottom w:val="single" w:sz="8" w:space="0" w:color="auto"/>
              <w:right w:val="single" w:sz="8" w:space="0" w:color="auto"/>
            </w:tcBorders>
            <w:noWrap/>
            <w:vAlign w:val="center"/>
            <w:hideMark/>
          </w:tcPr>
          <w:p w14:paraId="1DA58E77"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Chicxulub Pueblo</w:t>
            </w:r>
          </w:p>
        </w:tc>
        <w:tc>
          <w:tcPr>
            <w:tcW w:w="3866" w:type="dxa"/>
            <w:tcBorders>
              <w:top w:val="nil"/>
              <w:left w:val="nil"/>
              <w:bottom w:val="single" w:sz="8" w:space="0" w:color="auto"/>
              <w:right w:val="single" w:sz="8" w:space="0" w:color="auto"/>
            </w:tcBorders>
            <w:noWrap/>
            <w:vAlign w:val="center"/>
            <w:hideMark/>
          </w:tcPr>
          <w:p w14:paraId="73572ED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$1,600,004.95</w:t>
            </w:r>
          </w:p>
        </w:tc>
      </w:tr>
      <w:tr w:rsidR="005B32EE" w:rsidRPr="005B32EE" w14:paraId="330B398D"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615388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21</w:t>
            </w:r>
          </w:p>
        </w:tc>
        <w:tc>
          <w:tcPr>
            <w:tcW w:w="3802" w:type="dxa"/>
            <w:tcBorders>
              <w:top w:val="nil"/>
              <w:left w:val="nil"/>
              <w:bottom w:val="single" w:sz="8" w:space="0" w:color="auto"/>
              <w:right w:val="single" w:sz="8" w:space="0" w:color="auto"/>
            </w:tcBorders>
            <w:noWrap/>
            <w:vAlign w:val="center"/>
            <w:hideMark/>
          </w:tcPr>
          <w:p w14:paraId="372778AD"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Chichimilá</w:t>
            </w:r>
            <w:proofErr w:type="spellEnd"/>
          </w:p>
        </w:tc>
        <w:tc>
          <w:tcPr>
            <w:tcW w:w="3866" w:type="dxa"/>
            <w:tcBorders>
              <w:top w:val="nil"/>
              <w:left w:val="nil"/>
              <w:bottom w:val="single" w:sz="8" w:space="0" w:color="auto"/>
              <w:right w:val="single" w:sz="8" w:space="0" w:color="auto"/>
            </w:tcBorders>
            <w:noWrap/>
            <w:vAlign w:val="center"/>
            <w:hideMark/>
          </w:tcPr>
          <w:p w14:paraId="004D5D9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$9,523,239.05</w:t>
            </w:r>
          </w:p>
        </w:tc>
      </w:tr>
      <w:tr w:rsidR="005B32EE" w:rsidRPr="005B32EE" w14:paraId="78F75D5A"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0ABA0B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22</w:t>
            </w:r>
          </w:p>
        </w:tc>
        <w:tc>
          <w:tcPr>
            <w:tcW w:w="3802" w:type="dxa"/>
            <w:tcBorders>
              <w:top w:val="nil"/>
              <w:left w:val="nil"/>
              <w:bottom w:val="single" w:sz="8" w:space="0" w:color="auto"/>
              <w:right w:val="single" w:sz="8" w:space="0" w:color="auto"/>
            </w:tcBorders>
            <w:noWrap/>
            <w:vAlign w:val="center"/>
            <w:hideMark/>
          </w:tcPr>
          <w:p w14:paraId="6340F061"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Chikindzonot</w:t>
            </w:r>
            <w:proofErr w:type="spellEnd"/>
          </w:p>
        </w:tc>
        <w:tc>
          <w:tcPr>
            <w:tcW w:w="3866" w:type="dxa"/>
            <w:tcBorders>
              <w:top w:val="nil"/>
              <w:left w:val="nil"/>
              <w:bottom w:val="single" w:sz="8" w:space="0" w:color="auto"/>
              <w:right w:val="single" w:sz="8" w:space="0" w:color="auto"/>
            </w:tcBorders>
            <w:noWrap/>
            <w:vAlign w:val="center"/>
            <w:hideMark/>
          </w:tcPr>
          <w:p w14:paraId="4D52B50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$7,943,623.02</w:t>
            </w:r>
          </w:p>
        </w:tc>
      </w:tr>
      <w:tr w:rsidR="005B32EE" w:rsidRPr="005B32EE" w14:paraId="1BEA06EC"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4C52C0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23</w:t>
            </w:r>
          </w:p>
        </w:tc>
        <w:tc>
          <w:tcPr>
            <w:tcW w:w="3802" w:type="dxa"/>
            <w:tcBorders>
              <w:top w:val="nil"/>
              <w:left w:val="nil"/>
              <w:bottom w:val="single" w:sz="8" w:space="0" w:color="auto"/>
              <w:right w:val="single" w:sz="8" w:space="0" w:color="auto"/>
            </w:tcBorders>
            <w:noWrap/>
            <w:vAlign w:val="center"/>
            <w:hideMark/>
          </w:tcPr>
          <w:p w14:paraId="5B37A6FE"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Chocholá</w:t>
            </w:r>
            <w:proofErr w:type="spellEnd"/>
          </w:p>
        </w:tc>
        <w:tc>
          <w:tcPr>
            <w:tcW w:w="3866" w:type="dxa"/>
            <w:tcBorders>
              <w:top w:val="nil"/>
              <w:left w:val="nil"/>
              <w:bottom w:val="single" w:sz="8" w:space="0" w:color="auto"/>
              <w:right w:val="single" w:sz="8" w:space="0" w:color="auto"/>
            </w:tcBorders>
            <w:noWrap/>
            <w:vAlign w:val="center"/>
            <w:hideMark/>
          </w:tcPr>
          <w:p w14:paraId="010E47E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$1,979,147.65</w:t>
            </w:r>
          </w:p>
        </w:tc>
      </w:tr>
      <w:tr w:rsidR="005B32EE" w:rsidRPr="005B32EE" w14:paraId="14F72723"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C184B9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24</w:t>
            </w:r>
          </w:p>
        </w:tc>
        <w:tc>
          <w:tcPr>
            <w:tcW w:w="3802" w:type="dxa"/>
            <w:tcBorders>
              <w:top w:val="nil"/>
              <w:left w:val="nil"/>
              <w:bottom w:val="single" w:sz="8" w:space="0" w:color="auto"/>
              <w:right w:val="single" w:sz="8" w:space="0" w:color="auto"/>
            </w:tcBorders>
            <w:noWrap/>
            <w:vAlign w:val="center"/>
            <w:hideMark/>
          </w:tcPr>
          <w:p w14:paraId="4B18227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Chumayel</w:t>
            </w:r>
            <w:proofErr w:type="spellEnd"/>
          </w:p>
        </w:tc>
        <w:tc>
          <w:tcPr>
            <w:tcW w:w="3866" w:type="dxa"/>
            <w:tcBorders>
              <w:top w:val="nil"/>
              <w:left w:val="nil"/>
              <w:bottom w:val="single" w:sz="8" w:space="0" w:color="auto"/>
              <w:right w:val="single" w:sz="8" w:space="0" w:color="auto"/>
            </w:tcBorders>
            <w:noWrap/>
            <w:vAlign w:val="center"/>
            <w:hideMark/>
          </w:tcPr>
          <w:p w14:paraId="77EE887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$3,457,826.94</w:t>
            </w:r>
          </w:p>
        </w:tc>
      </w:tr>
      <w:tr w:rsidR="005B32EE" w:rsidRPr="005B32EE" w14:paraId="65ACB79F"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68A529C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25</w:t>
            </w:r>
          </w:p>
        </w:tc>
        <w:tc>
          <w:tcPr>
            <w:tcW w:w="3802" w:type="dxa"/>
            <w:tcBorders>
              <w:top w:val="nil"/>
              <w:left w:val="nil"/>
              <w:bottom w:val="single" w:sz="8" w:space="0" w:color="auto"/>
              <w:right w:val="single" w:sz="8" w:space="0" w:color="auto"/>
            </w:tcBorders>
            <w:noWrap/>
            <w:vAlign w:val="center"/>
            <w:hideMark/>
          </w:tcPr>
          <w:p w14:paraId="23409CBF"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Dzán</w:t>
            </w:r>
            <w:proofErr w:type="spellEnd"/>
          </w:p>
        </w:tc>
        <w:tc>
          <w:tcPr>
            <w:tcW w:w="3866" w:type="dxa"/>
            <w:tcBorders>
              <w:top w:val="nil"/>
              <w:left w:val="nil"/>
              <w:bottom w:val="single" w:sz="8" w:space="0" w:color="auto"/>
              <w:right w:val="single" w:sz="8" w:space="0" w:color="auto"/>
            </w:tcBorders>
            <w:noWrap/>
            <w:vAlign w:val="center"/>
            <w:hideMark/>
          </w:tcPr>
          <w:p w14:paraId="00CA22FB"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$4,115,954.49</w:t>
            </w:r>
          </w:p>
        </w:tc>
      </w:tr>
      <w:tr w:rsidR="005B32EE" w:rsidRPr="005B32EE" w14:paraId="7F5C75C6"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E0D30B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26</w:t>
            </w:r>
          </w:p>
        </w:tc>
        <w:tc>
          <w:tcPr>
            <w:tcW w:w="3802" w:type="dxa"/>
            <w:tcBorders>
              <w:top w:val="nil"/>
              <w:left w:val="nil"/>
              <w:bottom w:val="single" w:sz="8" w:space="0" w:color="auto"/>
              <w:right w:val="single" w:sz="8" w:space="0" w:color="auto"/>
            </w:tcBorders>
            <w:noWrap/>
            <w:vAlign w:val="center"/>
            <w:hideMark/>
          </w:tcPr>
          <w:p w14:paraId="4B11EB1D"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Dzidzantún</w:t>
            </w:r>
            <w:proofErr w:type="spellEnd"/>
          </w:p>
        </w:tc>
        <w:tc>
          <w:tcPr>
            <w:tcW w:w="3866" w:type="dxa"/>
            <w:tcBorders>
              <w:top w:val="nil"/>
              <w:left w:val="nil"/>
              <w:bottom w:val="single" w:sz="8" w:space="0" w:color="auto"/>
              <w:right w:val="single" w:sz="8" w:space="0" w:color="auto"/>
            </w:tcBorders>
            <w:noWrap/>
            <w:vAlign w:val="center"/>
            <w:hideMark/>
          </w:tcPr>
          <w:p w14:paraId="0975983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$2,177,584.72</w:t>
            </w:r>
          </w:p>
        </w:tc>
      </w:tr>
      <w:tr w:rsidR="005B32EE" w:rsidRPr="005B32EE" w14:paraId="618FD35D"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91F354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27</w:t>
            </w:r>
          </w:p>
        </w:tc>
        <w:tc>
          <w:tcPr>
            <w:tcW w:w="3802" w:type="dxa"/>
            <w:tcBorders>
              <w:top w:val="nil"/>
              <w:left w:val="nil"/>
              <w:bottom w:val="single" w:sz="8" w:space="0" w:color="auto"/>
              <w:right w:val="single" w:sz="8" w:space="0" w:color="auto"/>
            </w:tcBorders>
            <w:noWrap/>
            <w:vAlign w:val="center"/>
            <w:hideMark/>
          </w:tcPr>
          <w:p w14:paraId="5D4C94ED"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Dzilam de Bravo</w:t>
            </w:r>
          </w:p>
        </w:tc>
        <w:tc>
          <w:tcPr>
            <w:tcW w:w="3866" w:type="dxa"/>
            <w:tcBorders>
              <w:top w:val="nil"/>
              <w:left w:val="nil"/>
              <w:bottom w:val="single" w:sz="8" w:space="0" w:color="auto"/>
              <w:right w:val="single" w:sz="8" w:space="0" w:color="auto"/>
            </w:tcBorders>
            <w:noWrap/>
            <w:vAlign w:val="center"/>
            <w:hideMark/>
          </w:tcPr>
          <w:p w14:paraId="5DFA2CA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$1,195,158.43</w:t>
            </w:r>
          </w:p>
        </w:tc>
      </w:tr>
      <w:tr w:rsidR="005B32EE" w:rsidRPr="005B32EE" w14:paraId="0118FFD1"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65AC88A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28</w:t>
            </w:r>
          </w:p>
        </w:tc>
        <w:tc>
          <w:tcPr>
            <w:tcW w:w="3802" w:type="dxa"/>
            <w:tcBorders>
              <w:top w:val="nil"/>
              <w:left w:val="nil"/>
              <w:bottom w:val="single" w:sz="8" w:space="0" w:color="auto"/>
              <w:right w:val="single" w:sz="8" w:space="0" w:color="auto"/>
            </w:tcBorders>
            <w:noWrap/>
            <w:vAlign w:val="center"/>
            <w:hideMark/>
          </w:tcPr>
          <w:p w14:paraId="2704324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Dzilam González</w:t>
            </w:r>
          </w:p>
        </w:tc>
        <w:tc>
          <w:tcPr>
            <w:tcW w:w="3866" w:type="dxa"/>
            <w:tcBorders>
              <w:top w:val="nil"/>
              <w:left w:val="nil"/>
              <w:bottom w:val="single" w:sz="8" w:space="0" w:color="auto"/>
              <w:right w:val="single" w:sz="8" w:space="0" w:color="auto"/>
            </w:tcBorders>
            <w:noWrap/>
            <w:vAlign w:val="center"/>
            <w:hideMark/>
          </w:tcPr>
          <w:p w14:paraId="6709E16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$2,977,197.72</w:t>
            </w:r>
          </w:p>
        </w:tc>
      </w:tr>
      <w:tr w:rsidR="005B32EE" w:rsidRPr="005B32EE" w14:paraId="78366B0F"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71AAEC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29</w:t>
            </w:r>
          </w:p>
        </w:tc>
        <w:tc>
          <w:tcPr>
            <w:tcW w:w="3802" w:type="dxa"/>
            <w:tcBorders>
              <w:top w:val="nil"/>
              <w:left w:val="nil"/>
              <w:bottom w:val="single" w:sz="8" w:space="0" w:color="auto"/>
              <w:right w:val="single" w:sz="8" w:space="0" w:color="auto"/>
            </w:tcBorders>
            <w:noWrap/>
            <w:vAlign w:val="center"/>
            <w:hideMark/>
          </w:tcPr>
          <w:p w14:paraId="15AF9E1A"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Dzoncauich</w:t>
            </w:r>
            <w:proofErr w:type="spellEnd"/>
          </w:p>
        </w:tc>
        <w:tc>
          <w:tcPr>
            <w:tcW w:w="3866" w:type="dxa"/>
            <w:tcBorders>
              <w:top w:val="nil"/>
              <w:left w:val="nil"/>
              <w:bottom w:val="single" w:sz="8" w:space="0" w:color="auto"/>
              <w:right w:val="single" w:sz="8" w:space="0" w:color="auto"/>
            </w:tcBorders>
            <w:noWrap/>
            <w:vAlign w:val="center"/>
            <w:hideMark/>
          </w:tcPr>
          <w:p w14:paraId="0D5104EB"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$2,306,882.66</w:t>
            </w:r>
          </w:p>
        </w:tc>
      </w:tr>
      <w:tr w:rsidR="005B32EE" w:rsidRPr="005B32EE" w14:paraId="6B3097E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AB6076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30</w:t>
            </w:r>
          </w:p>
        </w:tc>
        <w:tc>
          <w:tcPr>
            <w:tcW w:w="3802" w:type="dxa"/>
            <w:tcBorders>
              <w:top w:val="nil"/>
              <w:left w:val="nil"/>
              <w:bottom w:val="single" w:sz="8" w:space="0" w:color="auto"/>
              <w:right w:val="single" w:sz="8" w:space="0" w:color="auto"/>
            </w:tcBorders>
            <w:noWrap/>
            <w:vAlign w:val="center"/>
            <w:hideMark/>
          </w:tcPr>
          <w:p w14:paraId="1447A682"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Espita</w:t>
            </w:r>
          </w:p>
        </w:tc>
        <w:tc>
          <w:tcPr>
            <w:tcW w:w="3866" w:type="dxa"/>
            <w:tcBorders>
              <w:top w:val="nil"/>
              <w:left w:val="nil"/>
              <w:bottom w:val="single" w:sz="8" w:space="0" w:color="auto"/>
              <w:right w:val="single" w:sz="8" w:space="0" w:color="auto"/>
            </w:tcBorders>
            <w:noWrap/>
            <w:vAlign w:val="center"/>
            <w:hideMark/>
          </w:tcPr>
          <w:p w14:paraId="1BCB8EC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$16,423,498.13</w:t>
            </w:r>
          </w:p>
        </w:tc>
      </w:tr>
      <w:tr w:rsidR="005B32EE" w:rsidRPr="005B32EE" w14:paraId="037C67E2"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24009DA"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31</w:t>
            </w:r>
          </w:p>
        </w:tc>
        <w:tc>
          <w:tcPr>
            <w:tcW w:w="3802" w:type="dxa"/>
            <w:tcBorders>
              <w:top w:val="nil"/>
              <w:left w:val="nil"/>
              <w:bottom w:val="single" w:sz="8" w:space="0" w:color="auto"/>
              <w:right w:val="single" w:sz="8" w:space="0" w:color="auto"/>
            </w:tcBorders>
            <w:noWrap/>
            <w:vAlign w:val="center"/>
            <w:hideMark/>
          </w:tcPr>
          <w:p w14:paraId="2DC6CC22"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Hocabá</w:t>
            </w:r>
            <w:proofErr w:type="spellEnd"/>
          </w:p>
        </w:tc>
        <w:tc>
          <w:tcPr>
            <w:tcW w:w="3866" w:type="dxa"/>
            <w:tcBorders>
              <w:top w:val="nil"/>
              <w:left w:val="nil"/>
              <w:bottom w:val="single" w:sz="8" w:space="0" w:color="auto"/>
              <w:right w:val="single" w:sz="8" w:space="0" w:color="auto"/>
            </w:tcBorders>
            <w:noWrap/>
            <w:vAlign w:val="center"/>
            <w:hideMark/>
          </w:tcPr>
          <w:p w14:paraId="3E92095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$3,342,824.15</w:t>
            </w:r>
          </w:p>
        </w:tc>
      </w:tr>
      <w:tr w:rsidR="005B32EE" w:rsidRPr="005B32EE" w14:paraId="41561773"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6A9FB7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32</w:t>
            </w:r>
          </w:p>
        </w:tc>
        <w:tc>
          <w:tcPr>
            <w:tcW w:w="3802" w:type="dxa"/>
            <w:tcBorders>
              <w:top w:val="nil"/>
              <w:left w:val="nil"/>
              <w:bottom w:val="single" w:sz="8" w:space="0" w:color="auto"/>
              <w:right w:val="single" w:sz="8" w:space="0" w:color="auto"/>
            </w:tcBorders>
            <w:noWrap/>
            <w:vAlign w:val="center"/>
            <w:hideMark/>
          </w:tcPr>
          <w:p w14:paraId="52206D60"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Hoctún</w:t>
            </w:r>
          </w:p>
        </w:tc>
        <w:tc>
          <w:tcPr>
            <w:tcW w:w="3866" w:type="dxa"/>
            <w:tcBorders>
              <w:top w:val="nil"/>
              <w:left w:val="nil"/>
              <w:bottom w:val="single" w:sz="8" w:space="0" w:color="auto"/>
              <w:right w:val="single" w:sz="8" w:space="0" w:color="auto"/>
            </w:tcBorders>
            <w:noWrap/>
            <w:vAlign w:val="center"/>
            <w:hideMark/>
          </w:tcPr>
          <w:p w14:paraId="4110ECB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$4,228,528.88</w:t>
            </w:r>
          </w:p>
        </w:tc>
      </w:tr>
      <w:tr w:rsidR="005B32EE" w:rsidRPr="005B32EE" w14:paraId="02E86FDB"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ECE70F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33</w:t>
            </w:r>
          </w:p>
        </w:tc>
        <w:tc>
          <w:tcPr>
            <w:tcW w:w="3802" w:type="dxa"/>
            <w:tcBorders>
              <w:top w:val="nil"/>
              <w:left w:val="nil"/>
              <w:bottom w:val="single" w:sz="8" w:space="0" w:color="auto"/>
              <w:right w:val="single" w:sz="8" w:space="0" w:color="auto"/>
            </w:tcBorders>
            <w:noWrap/>
            <w:vAlign w:val="center"/>
            <w:hideMark/>
          </w:tcPr>
          <w:p w14:paraId="70D18E6C"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Homún</w:t>
            </w:r>
            <w:proofErr w:type="spellEnd"/>
          </w:p>
        </w:tc>
        <w:tc>
          <w:tcPr>
            <w:tcW w:w="3866" w:type="dxa"/>
            <w:tcBorders>
              <w:top w:val="nil"/>
              <w:left w:val="nil"/>
              <w:bottom w:val="single" w:sz="8" w:space="0" w:color="auto"/>
              <w:right w:val="single" w:sz="8" w:space="0" w:color="auto"/>
            </w:tcBorders>
            <w:noWrap/>
            <w:vAlign w:val="center"/>
            <w:hideMark/>
          </w:tcPr>
          <w:p w14:paraId="3251B06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$6,418,072.08</w:t>
            </w:r>
          </w:p>
        </w:tc>
      </w:tr>
      <w:tr w:rsidR="005B32EE" w:rsidRPr="005B32EE" w14:paraId="3AA2B418"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A17C64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34</w:t>
            </w:r>
          </w:p>
        </w:tc>
        <w:tc>
          <w:tcPr>
            <w:tcW w:w="3802" w:type="dxa"/>
            <w:tcBorders>
              <w:top w:val="nil"/>
              <w:left w:val="nil"/>
              <w:bottom w:val="single" w:sz="8" w:space="0" w:color="auto"/>
              <w:right w:val="single" w:sz="8" w:space="0" w:color="auto"/>
            </w:tcBorders>
            <w:noWrap/>
            <w:vAlign w:val="center"/>
            <w:hideMark/>
          </w:tcPr>
          <w:p w14:paraId="6D1E6197"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Huhí</w:t>
            </w:r>
            <w:proofErr w:type="spellEnd"/>
          </w:p>
        </w:tc>
        <w:tc>
          <w:tcPr>
            <w:tcW w:w="3866" w:type="dxa"/>
            <w:tcBorders>
              <w:top w:val="nil"/>
              <w:left w:val="nil"/>
              <w:bottom w:val="single" w:sz="8" w:space="0" w:color="auto"/>
              <w:right w:val="single" w:sz="8" w:space="0" w:color="auto"/>
            </w:tcBorders>
            <w:noWrap/>
            <w:vAlign w:val="center"/>
            <w:hideMark/>
          </w:tcPr>
          <w:p w14:paraId="4192DFDB"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$3,371,185.40</w:t>
            </w:r>
          </w:p>
        </w:tc>
      </w:tr>
      <w:tr w:rsidR="005B32EE" w:rsidRPr="005B32EE" w14:paraId="7ACFAA03"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0EE3C6E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35</w:t>
            </w:r>
          </w:p>
        </w:tc>
        <w:tc>
          <w:tcPr>
            <w:tcW w:w="3802" w:type="dxa"/>
            <w:tcBorders>
              <w:top w:val="nil"/>
              <w:left w:val="nil"/>
              <w:bottom w:val="single" w:sz="8" w:space="0" w:color="auto"/>
              <w:right w:val="single" w:sz="8" w:space="0" w:color="auto"/>
            </w:tcBorders>
            <w:noWrap/>
            <w:vAlign w:val="center"/>
            <w:hideMark/>
          </w:tcPr>
          <w:p w14:paraId="535238A6"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Hunucmá</w:t>
            </w:r>
          </w:p>
        </w:tc>
        <w:tc>
          <w:tcPr>
            <w:tcW w:w="3866" w:type="dxa"/>
            <w:tcBorders>
              <w:top w:val="nil"/>
              <w:left w:val="nil"/>
              <w:bottom w:val="single" w:sz="8" w:space="0" w:color="auto"/>
              <w:right w:val="single" w:sz="8" w:space="0" w:color="auto"/>
            </w:tcBorders>
            <w:noWrap/>
            <w:vAlign w:val="center"/>
            <w:hideMark/>
          </w:tcPr>
          <w:p w14:paraId="1454230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$11,744,808.88</w:t>
            </w:r>
          </w:p>
        </w:tc>
      </w:tr>
      <w:tr w:rsidR="005B32EE" w:rsidRPr="005B32EE" w14:paraId="25178EFE"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0BBA2E5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36</w:t>
            </w:r>
          </w:p>
        </w:tc>
        <w:tc>
          <w:tcPr>
            <w:tcW w:w="3802" w:type="dxa"/>
            <w:tcBorders>
              <w:top w:val="nil"/>
              <w:left w:val="nil"/>
              <w:bottom w:val="single" w:sz="8" w:space="0" w:color="auto"/>
              <w:right w:val="single" w:sz="8" w:space="0" w:color="auto"/>
            </w:tcBorders>
            <w:noWrap/>
            <w:vAlign w:val="center"/>
            <w:hideMark/>
          </w:tcPr>
          <w:p w14:paraId="008FFC1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Ixil</w:t>
            </w:r>
          </w:p>
        </w:tc>
        <w:tc>
          <w:tcPr>
            <w:tcW w:w="3866" w:type="dxa"/>
            <w:tcBorders>
              <w:top w:val="nil"/>
              <w:left w:val="nil"/>
              <w:bottom w:val="single" w:sz="8" w:space="0" w:color="auto"/>
              <w:right w:val="single" w:sz="8" w:space="0" w:color="auto"/>
            </w:tcBorders>
            <w:noWrap/>
            <w:vAlign w:val="center"/>
            <w:hideMark/>
          </w:tcPr>
          <w:p w14:paraId="2EC70BA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$1,398,910.40</w:t>
            </w:r>
          </w:p>
        </w:tc>
      </w:tr>
      <w:tr w:rsidR="005B32EE" w:rsidRPr="005B32EE" w14:paraId="5AE2772E"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3D56C8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37</w:t>
            </w:r>
          </w:p>
        </w:tc>
        <w:tc>
          <w:tcPr>
            <w:tcW w:w="3802" w:type="dxa"/>
            <w:tcBorders>
              <w:top w:val="nil"/>
              <w:left w:val="nil"/>
              <w:bottom w:val="single" w:sz="8" w:space="0" w:color="auto"/>
              <w:right w:val="single" w:sz="8" w:space="0" w:color="auto"/>
            </w:tcBorders>
            <w:noWrap/>
            <w:vAlign w:val="center"/>
            <w:hideMark/>
          </w:tcPr>
          <w:p w14:paraId="7DB0FC06"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Izamal</w:t>
            </w:r>
          </w:p>
        </w:tc>
        <w:tc>
          <w:tcPr>
            <w:tcW w:w="3866" w:type="dxa"/>
            <w:tcBorders>
              <w:top w:val="nil"/>
              <w:left w:val="nil"/>
              <w:bottom w:val="single" w:sz="8" w:space="0" w:color="auto"/>
              <w:right w:val="single" w:sz="8" w:space="0" w:color="auto"/>
            </w:tcBorders>
            <w:noWrap/>
            <w:vAlign w:val="center"/>
            <w:hideMark/>
          </w:tcPr>
          <w:p w14:paraId="09C1623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$9,817,068.92</w:t>
            </w:r>
          </w:p>
        </w:tc>
      </w:tr>
      <w:tr w:rsidR="005B32EE" w:rsidRPr="005B32EE" w14:paraId="2749EB14"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D03025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38</w:t>
            </w:r>
          </w:p>
        </w:tc>
        <w:tc>
          <w:tcPr>
            <w:tcW w:w="3802" w:type="dxa"/>
            <w:tcBorders>
              <w:top w:val="nil"/>
              <w:left w:val="nil"/>
              <w:bottom w:val="single" w:sz="8" w:space="0" w:color="auto"/>
              <w:right w:val="single" w:sz="8" w:space="0" w:color="auto"/>
            </w:tcBorders>
            <w:noWrap/>
            <w:vAlign w:val="center"/>
            <w:hideMark/>
          </w:tcPr>
          <w:p w14:paraId="377CB8C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Kanasín</w:t>
            </w:r>
          </w:p>
        </w:tc>
        <w:tc>
          <w:tcPr>
            <w:tcW w:w="3866" w:type="dxa"/>
            <w:tcBorders>
              <w:top w:val="nil"/>
              <w:left w:val="nil"/>
              <w:bottom w:val="single" w:sz="8" w:space="0" w:color="auto"/>
              <w:right w:val="single" w:sz="8" w:space="0" w:color="auto"/>
            </w:tcBorders>
            <w:noWrap/>
            <w:vAlign w:val="center"/>
            <w:hideMark/>
          </w:tcPr>
          <w:p w14:paraId="46C8FACA"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$15,570,369.83</w:t>
            </w:r>
          </w:p>
        </w:tc>
      </w:tr>
      <w:tr w:rsidR="005B32EE" w:rsidRPr="005B32EE" w14:paraId="6FDB30F9"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9CC33FB"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lastRenderedPageBreak/>
              <w:t>39</w:t>
            </w:r>
          </w:p>
        </w:tc>
        <w:tc>
          <w:tcPr>
            <w:tcW w:w="3802" w:type="dxa"/>
            <w:tcBorders>
              <w:top w:val="nil"/>
              <w:left w:val="nil"/>
              <w:bottom w:val="single" w:sz="8" w:space="0" w:color="auto"/>
              <w:right w:val="single" w:sz="8" w:space="0" w:color="auto"/>
            </w:tcBorders>
            <w:noWrap/>
            <w:vAlign w:val="center"/>
            <w:hideMark/>
          </w:tcPr>
          <w:p w14:paraId="09F31C9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Kantunil</w:t>
            </w:r>
          </w:p>
        </w:tc>
        <w:tc>
          <w:tcPr>
            <w:tcW w:w="3866" w:type="dxa"/>
            <w:tcBorders>
              <w:top w:val="nil"/>
              <w:left w:val="nil"/>
              <w:bottom w:val="single" w:sz="8" w:space="0" w:color="auto"/>
              <w:right w:val="single" w:sz="8" w:space="0" w:color="auto"/>
            </w:tcBorders>
            <w:noWrap/>
            <w:vAlign w:val="center"/>
            <w:hideMark/>
          </w:tcPr>
          <w:p w14:paraId="4E9CC91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$4,954,237.79</w:t>
            </w:r>
          </w:p>
        </w:tc>
      </w:tr>
      <w:tr w:rsidR="005B32EE" w:rsidRPr="005B32EE" w14:paraId="7D22F5D9"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6F2B47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40</w:t>
            </w:r>
          </w:p>
        </w:tc>
        <w:tc>
          <w:tcPr>
            <w:tcW w:w="3802" w:type="dxa"/>
            <w:tcBorders>
              <w:top w:val="nil"/>
              <w:left w:val="nil"/>
              <w:bottom w:val="single" w:sz="8" w:space="0" w:color="auto"/>
              <w:right w:val="single" w:sz="8" w:space="0" w:color="auto"/>
            </w:tcBorders>
            <w:noWrap/>
            <w:vAlign w:val="center"/>
            <w:hideMark/>
          </w:tcPr>
          <w:p w14:paraId="68015A2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Kinchil</w:t>
            </w:r>
            <w:proofErr w:type="spellEnd"/>
          </w:p>
        </w:tc>
        <w:tc>
          <w:tcPr>
            <w:tcW w:w="3866" w:type="dxa"/>
            <w:tcBorders>
              <w:top w:val="nil"/>
              <w:left w:val="nil"/>
              <w:bottom w:val="single" w:sz="8" w:space="0" w:color="auto"/>
              <w:right w:val="single" w:sz="8" w:space="0" w:color="auto"/>
            </w:tcBorders>
            <w:noWrap/>
            <w:vAlign w:val="center"/>
            <w:hideMark/>
          </w:tcPr>
          <w:p w14:paraId="16EC2A6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$3,461,263.27</w:t>
            </w:r>
          </w:p>
        </w:tc>
      </w:tr>
      <w:tr w:rsidR="005B32EE" w:rsidRPr="005B32EE" w14:paraId="2FD307CE"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13E768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41</w:t>
            </w:r>
          </w:p>
        </w:tc>
        <w:tc>
          <w:tcPr>
            <w:tcW w:w="3802" w:type="dxa"/>
            <w:tcBorders>
              <w:top w:val="nil"/>
              <w:left w:val="nil"/>
              <w:bottom w:val="single" w:sz="8" w:space="0" w:color="auto"/>
              <w:right w:val="single" w:sz="8" w:space="0" w:color="auto"/>
            </w:tcBorders>
            <w:noWrap/>
            <w:vAlign w:val="center"/>
            <w:hideMark/>
          </w:tcPr>
          <w:p w14:paraId="1455D3B7"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Kopomá</w:t>
            </w:r>
            <w:proofErr w:type="spellEnd"/>
          </w:p>
        </w:tc>
        <w:tc>
          <w:tcPr>
            <w:tcW w:w="3866" w:type="dxa"/>
            <w:tcBorders>
              <w:top w:val="nil"/>
              <w:left w:val="nil"/>
              <w:bottom w:val="single" w:sz="8" w:space="0" w:color="auto"/>
              <w:right w:val="single" w:sz="8" w:space="0" w:color="auto"/>
            </w:tcBorders>
            <w:noWrap/>
            <w:vAlign w:val="center"/>
            <w:hideMark/>
          </w:tcPr>
          <w:p w14:paraId="3BA7CF9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$1,541,724.66</w:t>
            </w:r>
          </w:p>
        </w:tc>
      </w:tr>
      <w:tr w:rsidR="005B32EE" w:rsidRPr="005B32EE" w14:paraId="43412010"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DDF35AA"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42</w:t>
            </w:r>
          </w:p>
        </w:tc>
        <w:tc>
          <w:tcPr>
            <w:tcW w:w="3802" w:type="dxa"/>
            <w:tcBorders>
              <w:top w:val="nil"/>
              <w:left w:val="nil"/>
              <w:bottom w:val="single" w:sz="8" w:space="0" w:color="auto"/>
              <w:right w:val="single" w:sz="8" w:space="0" w:color="auto"/>
            </w:tcBorders>
            <w:noWrap/>
            <w:vAlign w:val="center"/>
            <w:hideMark/>
          </w:tcPr>
          <w:p w14:paraId="071A8DB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Mama</w:t>
            </w:r>
          </w:p>
        </w:tc>
        <w:tc>
          <w:tcPr>
            <w:tcW w:w="3866" w:type="dxa"/>
            <w:tcBorders>
              <w:top w:val="nil"/>
              <w:left w:val="nil"/>
              <w:bottom w:val="single" w:sz="8" w:space="0" w:color="auto"/>
              <w:right w:val="single" w:sz="8" w:space="0" w:color="auto"/>
            </w:tcBorders>
            <w:noWrap/>
            <w:vAlign w:val="center"/>
            <w:hideMark/>
          </w:tcPr>
          <w:p w14:paraId="20BB0F2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$2,675,166.51</w:t>
            </w:r>
          </w:p>
        </w:tc>
      </w:tr>
      <w:tr w:rsidR="005B32EE" w:rsidRPr="005B32EE" w14:paraId="5A2FCD20"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477D7E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43</w:t>
            </w:r>
          </w:p>
        </w:tc>
        <w:tc>
          <w:tcPr>
            <w:tcW w:w="3802" w:type="dxa"/>
            <w:tcBorders>
              <w:top w:val="nil"/>
              <w:left w:val="nil"/>
              <w:bottom w:val="single" w:sz="8" w:space="0" w:color="auto"/>
              <w:right w:val="single" w:sz="8" w:space="0" w:color="auto"/>
            </w:tcBorders>
            <w:noWrap/>
            <w:vAlign w:val="center"/>
            <w:hideMark/>
          </w:tcPr>
          <w:p w14:paraId="74A3C8A8"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Maní</w:t>
            </w:r>
          </w:p>
        </w:tc>
        <w:tc>
          <w:tcPr>
            <w:tcW w:w="3866" w:type="dxa"/>
            <w:tcBorders>
              <w:top w:val="nil"/>
              <w:left w:val="nil"/>
              <w:bottom w:val="single" w:sz="8" w:space="0" w:color="auto"/>
              <w:right w:val="single" w:sz="8" w:space="0" w:color="auto"/>
            </w:tcBorders>
            <w:noWrap/>
            <w:vAlign w:val="center"/>
            <w:hideMark/>
          </w:tcPr>
          <w:p w14:paraId="4A55D74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$4,040,950.60</w:t>
            </w:r>
          </w:p>
        </w:tc>
      </w:tr>
      <w:tr w:rsidR="005B32EE" w:rsidRPr="005B32EE" w14:paraId="12400AA3"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6DD2FC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44</w:t>
            </w:r>
          </w:p>
        </w:tc>
        <w:tc>
          <w:tcPr>
            <w:tcW w:w="3802" w:type="dxa"/>
            <w:tcBorders>
              <w:top w:val="nil"/>
              <w:left w:val="nil"/>
              <w:bottom w:val="single" w:sz="8" w:space="0" w:color="auto"/>
              <w:right w:val="single" w:sz="8" w:space="0" w:color="auto"/>
            </w:tcBorders>
            <w:noWrap/>
            <w:vAlign w:val="center"/>
            <w:hideMark/>
          </w:tcPr>
          <w:p w14:paraId="1E7E8F08"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Maxcanú</w:t>
            </w:r>
          </w:p>
        </w:tc>
        <w:tc>
          <w:tcPr>
            <w:tcW w:w="3866" w:type="dxa"/>
            <w:tcBorders>
              <w:top w:val="nil"/>
              <w:left w:val="nil"/>
              <w:bottom w:val="single" w:sz="8" w:space="0" w:color="auto"/>
              <w:right w:val="single" w:sz="8" w:space="0" w:color="auto"/>
            </w:tcBorders>
            <w:noWrap/>
            <w:vAlign w:val="center"/>
            <w:hideMark/>
          </w:tcPr>
          <w:p w14:paraId="7841E01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$7,468,858.56</w:t>
            </w:r>
          </w:p>
        </w:tc>
      </w:tr>
      <w:tr w:rsidR="005B32EE" w:rsidRPr="005B32EE" w14:paraId="2485B250"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DE4CEFB"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45</w:t>
            </w:r>
          </w:p>
        </w:tc>
        <w:tc>
          <w:tcPr>
            <w:tcW w:w="3802" w:type="dxa"/>
            <w:tcBorders>
              <w:top w:val="nil"/>
              <w:left w:val="nil"/>
              <w:bottom w:val="single" w:sz="8" w:space="0" w:color="auto"/>
              <w:right w:val="single" w:sz="8" w:space="0" w:color="auto"/>
            </w:tcBorders>
            <w:noWrap/>
            <w:vAlign w:val="center"/>
            <w:hideMark/>
          </w:tcPr>
          <w:p w14:paraId="0DE53CC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Mayapán</w:t>
            </w:r>
          </w:p>
        </w:tc>
        <w:tc>
          <w:tcPr>
            <w:tcW w:w="3866" w:type="dxa"/>
            <w:tcBorders>
              <w:top w:val="nil"/>
              <w:left w:val="nil"/>
              <w:bottom w:val="single" w:sz="8" w:space="0" w:color="auto"/>
              <w:right w:val="single" w:sz="8" w:space="0" w:color="auto"/>
            </w:tcBorders>
            <w:noWrap/>
            <w:vAlign w:val="center"/>
            <w:hideMark/>
          </w:tcPr>
          <w:p w14:paraId="2E58ECEB"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$4,619,859.12</w:t>
            </w:r>
          </w:p>
        </w:tc>
      </w:tr>
      <w:tr w:rsidR="005B32EE" w:rsidRPr="005B32EE" w14:paraId="4D538C50"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81670B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46</w:t>
            </w:r>
          </w:p>
        </w:tc>
        <w:tc>
          <w:tcPr>
            <w:tcW w:w="3802" w:type="dxa"/>
            <w:tcBorders>
              <w:top w:val="nil"/>
              <w:left w:val="nil"/>
              <w:bottom w:val="single" w:sz="8" w:space="0" w:color="auto"/>
              <w:right w:val="single" w:sz="8" w:space="0" w:color="auto"/>
            </w:tcBorders>
            <w:noWrap/>
            <w:vAlign w:val="center"/>
            <w:hideMark/>
          </w:tcPr>
          <w:p w14:paraId="4FEF0B86"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Mérida</w:t>
            </w:r>
          </w:p>
        </w:tc>
        <w:tc>
          <w:tcPr>
            <w:tcW w:w="3866" w:type="dxa"/>
            <w:tcBorders>
              <w:top w:val="nil"/>
              <w:left w:val="nil"/>
              <w:bottom w:val="single" w:sz="8" w:space="0" w:color="auto"/>
              <w:right w:val="single" w:sz="8" w:space="0" w:color="auto"/>
            </w:tcBorders>
            <w:noWrap/>
            <w:vAlign w:val="center"/>
            <w:hideMark/>
          </w:tcPr>
          <w:p w14:paraId="2099F4D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$107,051,974.46</w:t>
            </w:r>
          </w:p>
        </w:tc>
      </w:tr>
      <w:tr w:rsidR="005B32EE" w:rsidRPr="005B32EE" w14:paraId="02D6220B"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93AC49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47</w:t>
            </w:r>
          </w:p>
        </w:tc>
        <w:tc>
          <w:tcPr>
            <w:tcW w:w="3802" w:type="dxa"/>
            <w:tcBorders>
              <w:top w:val="nil"/>
              <w:left w:val="nil"/>
              <w:bottom w:val="single" w:sz="8" w:space="0" w:color="auto"/>
              <w:right w:val="single" w:sz="8" w:space="0" w:color="auto"/>
            </w:tcBorders>
            <w:noWrap/>
            <w:vAlign w:val="center"/>
            <w:hideMark/>
          </w:tcPr>
          <w:p w14:paraId="7E947B11"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Mocochá</w:t>
            </w:r>
            <w:proofErr w:type="spellEnd"/>
          </w:p>
        </w:tc>
        <w:tc>
          <w:tcPr>
            <w:tcW w:w="3866" w:type="dxa"/>
            <w:tcBorders>
              <w:top w:val="nil"/>
              <w:left w:val="nil"/>
              <w:bottom w:val="single" w:sz="8" w:space="0" w:color="auto"/>
              <w:right w:val="single" w:sz="8" w:space="0" w:color="auto"/>
            </w:tcBorders>
            <w:noWrap/>
            <w:vAlign w:val="center"/>
            <w:hideMark/>
          </w:tcPr>
          <w:p w14:paraId="21422D7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$1,361,568.92</w:t>
            </w:r>
          </w:p>
        </w:tc>
      </w:tr>
      <w:tr w:rsidR="005B32EE" w:rsidRPr="005B32EE" w14:paraId="37FCDCE0"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6BE4B93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48</w:t>
            </w:r>
          </w:p>
        </w:tc>
        <w:tc>
          <w:tcPr>
            <w:tcW w:w="3802" w:type="dxa"/>
            <w:tcBorders>
              <w:top w:val="nil"/>
              <w:left w:val="nil"/>
              <w:bottom w:val="single" w:sz="8" w:space="0" w:color="auto"/>
              <w:right w:val="single" w:sz="8" w:space="0" w:color="auto"/>
            </w:tcBorders>
            <w:noWrap/>
            <w:vAlign w:val="center"/>
            <w:hideMark/>
          </w:tcPr>
          <w:p w14:paraId="40A350AC"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Motul</w:t>
            </w:r>
          </w:p>
        </w:tc>
        <w:tc>
          <w:tcPr>
            <w:tcW w:w="3866" w:type="dxa"/>
            <w:tcBorders>
              <w:top w:val="nil"/>
              <w:left w:val="nil"/>
              <w:bottom w:val="single" w:sz="8" w:space="0" w:color="auto"/>
              <w:right w:val="single" w:sz="8" w:space="0" w:color="auto"/>
            </w:tcBorders>
            <w:noWrap/>
            <w:vAlign w:val="center"/>
            <w:hideMark/>
          </w:tcPr>
          <w:p w14:paraId="545ABC7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$10,952,618.37</w:t>
            </w:r>
          </w:p>
        </w:tc>
      </w:tr>
      <w:tr w:rsidR="005B32EE" w:rsidRPr="005B32EE" w14:paraId="4AF43C6E"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AB2475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49</w:t>
            </w:r>
          </w:p>
        </w:tc>
        <w:tc>
          <w:tcPr>
            <w:tcW w:w="3802" w:type="dxa"/>
            <w:tcBorders>
              <w:top w:val="nil"/>
              <w:left w:val="nil"/>
              <w:bottom w:val="single" w:sz="8" w:space="0" w:color="auto"/>
              <w:right w:val="single" w:sz="8" w:space="0" w:color="auto"/>
            </w:tcBorders>
            <w:noWrap/>
            <w:vAlign w:val="center"/>
            <w:hideMark/>
          </w:tcPr>
          <w:p w14:paraId="24674612"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Muna</w:t>
            </w:r>
          </w:p>
        </w:tc>
        <w:tc>
          <w:tcPr>
            <w:tcW w:w="3866" w:type="dxa"/>
            <w:tcBorders>
              <w:top w:val="nil"/>
              <w:left w:val="nil"/>
              <w:bottom w:val="single" w:sz="8" w:space="0" w:color="auto"/>
              <w:right w:val="single" w:sz="8" w:space="0" w:color="auto"/>
            </w:tcBorders>
            <w:noWrap/>
            <w:vAlign w:val="center"/>
            <w:hideMark/>
          </w:tcPr>
          <w:p w14:paraId="28F7F16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$7,211,041.50</w:t>
            </w:r>
          </w:p>
        </w:tc>
      </w:tr>
      <w:tr w:rsidR="005B32EE" w:rsidRPr="005B32EE" w14:paraId="45CCA008"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6BF1D2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50</w:t>
            </w:r>
          </w:p>
        </w:tc>
        <w:tc>
          <w:tcPr>
            <w:tcW w:w="3802" w:type="dxa"/>
            <w:tcBorders>
              <w:top w:val="nil"/>
              <w:left w:val="nil"/>
              <w:bottom w:val="single" w:sz="8" w:space="0" w:color="auto"/>
              <w:right w:val="single" w:sz="8" w:space="0" w:color="auto"/>
            </w:tcBorders>
            <w:noWrap/>
            <w:vAlign w:val="center"/>
            <w:hideMark/>
          </w:tcPr>
          <w:p w14:paraId="3CCE4F2A"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Muxupip</w:t>
            </w:r>
            <w:proofErr w:type="spellEnd"/>
          </w:p>
        </w:tc>
        <w:tc>
          <w:tcPr>
            <w:tcW w:w="3866" w:type="dxa"/>
            <w:tcBorders>
              <w:top w:val="nil"/>
              <w:left w:val="nil"/>
              <w:bottom w:val="single" w:sz="8" w:space="0" w:color="auto"/>
              <w:right w:val="single" w:sz="8" w:space="0" w:color="auto"/>
            </w:tcBorders>
            <w:noWrap/>
            <w:vAlign w:val="center"/>
            <w:hideMark/>
          </w:tcPr>
          <w:p w14:paraId="51BFCA9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$1,552,583.48</w:t>
            </w:r>
          </w:p>
        </w:tc>
      </w:tr>
      <w:tr w:rsidR="005B32EE" w:rsidRPr="005B32EE" w14:paraId="40C054FD"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624392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51</w:t>
            </w:r>
          </w:p>
        </w:tc>
        <w:tc>
          <w:tcPr>
            <w:tcW w:w="3802" w:type="dxa"/>
            <w:tcBorders>
              <w:top w:val="nil"/>
              <w:left w:val="nil"/>
              <w:bottom w:val="single" w:sz="8" w:space="0" w:color="auto"/>
              <w:right w:val="single" w:sz="8" w:space="0" w:color="auto"/>
            </w:tcBorders>
            <w:noWrap/>
            <w:vAlign w:val="center"/>
            <w:hideMark/>
          </w:tcPr>
          <w:p w14:paraId="46B29797"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Opichén</w:t>
            </w:r>
            <w:proofErr w:type="spellEnd"/>
          </w:p>
        </w:tc>
        <w:tc>
          <w:tcPr>
            <w:tcW w:w="3866" w:type="dxa"/>
            <w:tcBorders>
              <w:top w:val="nil"/>
              <w:left w:val="nil"/>
              <w:bottom w:val="single" w:sz="8" w:space="0" w:color="auto"/>
              <w:right w:val="single" w:sz="8" w:space="0" w:color="auto"/>
            </w:tcBorders>
            <w:noWrap/>
            <w:vAlign w:val="center"/>
            <w:hideMark/>
          </w:tcPr>
          <w:p w14:paraId="4C6E5BB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$4,470,172.21</w:t>
            </w:r>
          </w:p>
        </w:tc>
      </w:tr>
      <w:tr w:rsidR="005B32EE" w:rsidRPr="005B32EE" w14:paraId="3760EB4F"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D8956E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52</w:t>
            </w:r>
          </w:p>
        </w:tc>
        <w:tc>
          <w:tcPr>
            <w:tcW w:w="3802" w:type="dxa"/>
            <w:tcBorders>
              <w:top w:val="nil"/>
              <w:left w:val="nil"/>
              <w:bottom w:val="single" w:sz="8" w:space="0" w:color="auto"/>
              <w:right w:val="single" w:sz="8" w:space="0" w:color="auto"/>
            </w:tcBorders>
            <w:noWrap/>
            <w:vAlign w:val="center"/>
            <w:hideMark/>
          </w:tcPr>
          <w:p w14:paraId="08D7084D"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Oxkutzcab</w:t>
            </w:r>
          </w:p>
        </w:tc>
        <w:tc>
          <w:tcPr>
            <w:tcW w:w="3866" w:type="dxa"/>
            <w:tcBorders>
              <w:top w:val="nil"/>
              <w:left w:val="nil"/>
              <w:bottom w:val="single" w:sz="8" w:space="0" w:color="auto"/>
              <w:right w:val="single" w:sz="8" w:space="0" w:color="auto"/>
            </w:tcBorders>
            <w:noWrap/>
            <w:vAlign w:val="center"/>
            <w:hideMark/>
          </w:tcPr>
          <w:p w14:paraId="3C66308A"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$19,315,932.90</w:t>
            </w:r>
          </w:p>
        </w:tc>
      </w:tr>
      <w:tr w:rsidR="005B32EE" w:rsidRPr="005B32EE" w14:paraId="4DB5C2B2"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C3012F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53</w:t>
            </w:r>
          </w:p>
        </w:tc>
        <w:tc>
          <w:tcPr>
            <w:tcW w:w="3802" w:type="dxa"/>
            <w:tcBorders>
              <w:top w:val="nil"/>
              <w:left w:val="nil"/>
              <w:bottom w:val="single" w:sz="8" w:space="0" w:color="auto"/>
              <w:right w:val="single" w:sz="8" w:space="0" w:color="auto"/>
            </w:tcBorders>
            <w:noWrap/>
            <w:vAlign w:val="center"/>
            <w:hideMark/>
          </w:tcPr>
          <w:p w14:paraId="7B552CDA"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Panabá</w:t>
            </w:r>
            <w:proofErr w:type="spellEnd"/>
          </w:p>
        </w:tc>
        <w:tc>
          <w:tcPr>
            <w:tcW w:w="3866" w:type="dxa"/>
            <w:tcBorders>
              <w:top w:val="nil"/>
              <w:left w:val="nil"/>
              <w:bottom w:val="single" w:sz="8" w:space="0" w:color="auto"/>
              <w:right w:val="single" w:sz="8" w:space="0" w:color="auto"/>
            </w:tcBorders>
            <w:noWrap/>
            <w:vAlign w:val="center"/>
            <w:hideMark/>
          </w:tcPr>
          <w:p w14:paraId="0DA6A93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$3,991,421.58</w:t>
            </w:r>
          </w:p>
        </w:tc>
      </w:tr>
      <w:tr w:rsidR="005B32EE" w:rsidRPr="005B32EE" w14:paraId="611EF38E"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0FB173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54</w:t>
            </w:r>
          </w:p>
        </w:tc>
        <w:tc>
          <w:tcPr>
            <w:tcW w:w="3802" w:type="dxa"/>
            <w:tcBorders>
              <w:top w:val="nil"/>
              <w:left w:val="nil"/>
              <w:bottom w:val="single" w:sz="8" w:space="0" w:color="auto"/>
              <w:right w:val="single" w:sz="8" w:space="0" w:color="auto"/>
            </w:tcBorders>
            <w:noWrap/>
            <w:vAlign w:val="center"/>
            <w:hideMark/>
          </w:tcPr>
          <w:p w14:paraId="4BB61F5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Progreso</w:t>
            </w:r>
          </w:p>
        </w:tc>
        <w:tc>
          <w:tcPr>
            <w:tcW w:w="3866" w:type="dxa"/>
            <w:tcBorders>
              <w:top w:val="nil"/>
              <w:left w:val="nil"/>
              <w:bottom w:val="single" w:sz="8" w:space="0" w:color="auto"/>
              <w:right w:val="single" w:sz="8" w:space="0" w:color="auto"/>
            </w:tcBorders>
            <w:noWrap/>
            <w:vAlign w:val="center"/>
            <w:hideMark/>
          </w:tcPr>
          <w:p w14:paraId="24DD840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$12,055,591.32</w:t>
            </w:r>
          </w:p>
        </w:tc>
      </w:tr>
      <w:tr w:rsidR="005B32EE" w:rsidRPr="005B32EE" w14:paraId="34BF92A3"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B7287D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55</w:t>
            </w:r>
          </w:p>
        </w:tc>
        <w:tc>
          <w:tcPr>
            <w:tcW w:w="3802" w:type="dxa"/>
            <w:tcBorders>
              <w:top w:val="nil"/>
              <w:left w:val="nil"/>
              <w:bottom w:val="single" w:sz="8" w:space="0" w:color="auto"/>
              <w:right w:val="single" w:sz="8" w:space="0" w:color="auto"/>
            </w:tcBorders>
            <w:noWrap/>
            <w:vAlign w:val="center"/>
            <w:hideMark/>
          </w:tcPr>
          <w:p w14:paraId="73D1591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Quintana Roo</w:t>
            </w:r>
          </w:p>
        </w:tc>
        <w:tc>
          <w:tcPr>
            <w:tcW w:w="3866" w:type="dxa"/>
            <w:tcBorders>
              <w:top w:val="nil"/>
              <w:left w:val="nil"/>
              <w:bottom w:val="single" w:sz="8" w:space="0" w:color="auto"/>
              <w:right w:val="single" w:sz="8" w:space="0" w:color="auto"/>
            </w:tcBorders>
            <w:noWrap/>
            <w:vAlign w:val="center"/>
            <w:hideMark/>
          </w:tcPr>
          <w:p w14:paraId="415353B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$1,528,987.24</w:t>
            </w:r>
          </w:p>
        </w:tc>
      </w:tr>
      <w:tr w:rsidR="005B32EE" w:rsidRPr="005B32EE" w14:paraId="1DBB8268"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469340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56</w:t>
            </w:r>
          </w:p>
        </w:tc>
        <w:tc>
          <w:tcPr>
            <w:tcW w:w="3802" w:type="dxa"/>
            <w:tcBorders>
              <w:top w:val="nil"/>
              <w:left w:val="nil"/>
              <w:bottom w:val="single" w:sz="8" w:space="0" w:color="auto"/>
              <w:right w:val="single" w:sz="8" w:space="0" w:color="auto"/>
            </w:tcBorders>
            <w:noWrap/>
            <w:vAlign w:val="center"/>
            <w:hideMark/>
          </w:tcPr>
          <w:p w14:paraId="42FEE9CF"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Río Lagartos</w:t>
            </w:r>
          </w:p>
        </w:tc>
        <w:tc>
          <w:tcPr>
            <w:tcW w:w="3866" w:type="dxa"/>
            <w:tcBorders>
              <w:top w:val="nil"/>
              <w:left w:val="nil"/>
              <w:bottom w:val="single" w:sz="8" w:space="0" w:color="auto"/>
              <w:right w:val="single" w:sz="8" w:space="0" w:color="auto"/>
            </w:tcBorders>
            <w:noWrap/>
            <w:vAlign w:val="center"/>
            <w:hideMark/>
          </w:tcPr>
          <w:p w14:paraId="485C732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$1,139,535.62</w:t>
            </w:r>
          </w:p>
        </w:tc>
      </w:tr>
      <w:tr w:rsidR="005B32EE" w:rsidRPr="005B32EE" w14:paraId="72E4BC76"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D86895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57</w:t>
            </w:r>
          </w:p>
        </w:tc>
        <w:tc>
          <w:tcPr>
            <w:tcW w:w="3802" w:type="dxa"/>
            <w:tcBorders>
              <w:top w:val="nil"/>
              <w:left w:val="nil"/>
              <w:bottom w:val="single" w:sz="8" w:space="0" w:color="auto"/>
              <w:right w:val="single" w:sz="8" w:space="0" w:color="auto"/>
            </w:tcBorders>
            <w:noWrap/>
            <w:vAlign w:val="center"/>
            <w:hideMark/>
          </w:tcPr>
          <w:p w14:paraId="6D4F222C"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Sacalum</w:t>
            </w:r>
            <w:proofErr w:type="spellEnd"/>
          </w:p>
        </w:tc>
        <w:tc>
          <w:tcPr>
            <w:tcW w:w="3866" w:type="dxa"/>
            <w:tcBorders>
              <w:top w:val="nil"/>
              <w:left w:val="nil"/>
              <w:bottom w:val="single" w:sz="8" w:space="0" w:color="auto"/>
              <w:right w:val="single" w:sz="8" w:space="0" w:color="auto"/>
            </w:tcBorders>
            <w:noWrap/>
            <w:vAlign w:val="center"/>
            <w:hideMark/>
          </w:tcPr>
          <w:p w14:paraId="0FDED6D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$2,850,557.25</w:t>
            </w:r>
          </w:p>
        </w:tc>
      </w:tr>
      <w:tr w:rsidR="005B32EE" w:rsidRPr="005B32EE" w14:paraId="453E891C"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C1EEA3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58</w:t>
            </w:r>
          </w:p>
        </w:tc>
        <w:tc>
          <w:tcPr>
            <w:tcW w:w="3802" w:type="dxa"/>
            <w:tcBorders>
              <w:top w:val="nil"/>
              <w:left w:val="nil"/>
              <w:bottom w:val="single" w:sz="8" w:space="0" w:color="auto"/>
              <w:right w:val="single" w:sz="8" w:space="0" w:color="auto"/>
            </w:tcBorders>
            <w:noWrap/>
            <w:vAlign w:val="center"/>
            <w:hideMark/>
          </w:tcPr>
          <w:p w14:paraId="590BF07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Sanahcat</w:t>
            </w:r>
            <w:proofErr w:type="spellEnd"/>
          </w:p>
        </w:tc>
        <w:tc>
          <w:tcPr>
            <w:tcW w:w="3866" w:type="dxa"/>
            <w:tcBorders>
              <w:top w:val="nil"/>
              <w:left w:val="nil"/>
              <w:bottom w:val="single" w:sz="8" w:space="0" w:color="auto"/>
              <w:right w:val="single" w:sz="8" w:space="0" w:color="auto"/>
            </w:tcBorders>
            <w:noWrap/>
            <w:vAlign w:val="center"/>
            <w:hideMark/>
          </w:tcPr>
          <w:p w14:paraId="3A14A659"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$1,229,613.51</w:t>
            </w:r>
          </w:p>
        </w:tc>
      </w:tr>
      <w:tr w:rsidR="005B32EE" w:rsidRPr="005B32EE" w14:paraId="1057D87F"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0B1EDCC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59</w:t>
            </w:r>
          </w:p>
        </w:tc>
        <w:tc>
          <w:tcPr>
            <w:tcW w:w="3802" w:type="dxa"/>
            <w:tcBorders>
              <w:top w:val="nil"/>
              <w:left w:val="nil"/>
              <w:bottom w:val="single" w:sz="8" w:space="0" w:color="auto"/>
              <w:right w:val="single" w:sz="8" w:space="0" w:color="auto"/>
            </w:tcBorders>
            <w:noWrap/>
            <w:vAlign w:val="center"/>
            <w:hideMark/>
          </w:tcPr>
          <w:p w14:paraId="3A087D7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San Felipe</w:t>
            </w:r>
          </w:p>
        </w:tc>
        <w:tc>
          <w:tcPr>
            <w:tcW w:w="3866" w:type="dxa"/>
            <w:tcBorders>
              <w:top w:val="nil"/>
              <w:left w:val="nil"/>
              <w:bottom w:val="single" w:sz="8" w:space="0" w:color="auto"/>
              <w:right w:val="single" w:sz="8" w:space="0" w:color="auto"/>
            </w:tcBorders>
            <w:noWrap/>
            <w:vAlign w:val="center"/>
            <w:hideMark/>
          </w:tcPr>
          <w:p w14:paraId="72C1D01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$616,799.85</w:t>
            </w:r>
          </w:p>
        </w:tc>
      </w:tr>
      <w:tr w:rsidR="005B32EE" w:rsidRPr="005B32EE" w14:paraId="4E609CC8"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5193C2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60</w:t>
            </w:r>
          </w:p>
        </w:tc>
        <w:tc>
          <w:tcPr>
            <w:tcW w:w="3802" w:type="dxa"/>
            <w:tcBorders>
              <w:top w:val="nil"/>
              <w:left w:val="nil"/>
              <w:bottom w:val="single" w:sz="8" w:space="0" w:color="auto"/>
              <w:right w:val="single" w:sz="8" w:space="0" w:color="auto"/>
            </w:tcBorders>
            <w:noWrap/>
            <w:vAlign w:val="center"/>
            <w:hideMark/>
          </w:tcPr>
          <w:p w14:paraId="042590F8"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Santa Elena</w:t>
            </w:r>
          </w:p>
        </w:tc>
        <w:tc>
          <w:tcPr>
            <w:tcW w:w="3866" w:type="dxa"/>
            <w:tcBorders>
              <w:top w:val="nil"/>
              <w:left w:val="nil"/>
              <w:bottom w:val="single" w:sz="8" w:space="0" w:color="auto"/>
              <w:right w:val="single" w:sz="8" w:space="0" w:color="auto"/>
            </w:tcBorders>
            <w:noWrap/>
            <w:vAlign w:val="center"/>
            <w:hideMark/>
          </w:tcPr>
          <w:p w14:paraId="303723A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$3,280,557.66</w:t>
            </w:r>
          </w:p>
        </w:tc>
      </w:tr>
      <w:tr w:rsidR="005B32EE" w:rsidRPr="005B32EE" w14:paraId="3C69DD8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6B6B84F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61</w:t>
            </w:r>
          </w:p>
        </w:tc>
        <w:tc>
          <w:tcPr>
            <w:tcW w:w="3802" w:type="dxa"/>
            <w:tcBorders>
              <w:top w:val="nil"/>
              <w:left w:val="nil"/>
              <w:bottom w:val="single" w:sz="8" w:space="0" w:color="auto"/>
              <w:right w:val="single" w:sz="8" w:space="0" w:color="auto"/>
            </w:tcBorders>
            <w:noWrap/>
            <w:vAlign w:val="center"/>
            <w:hideMark/>
          </w:tcPr>
          <w:p w14:paraId="16D7D4B0"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Seyé</w:t>
            </w:r>
            <w:proofErr w:type="spellEnd"/>
          </w:p>
        </w:tc>
        <w:tc>
          <w:tcPr>
            <w:tcW w:w="3866" w:type="dxa"/>
            <w:tcBorders>
              <w:top w:val="nil"/>
              <w:left w:val="nil"/>
              <w:bottom w:val="single" w:sz="8" w:space="0" w:color="auto"/>
              <w:right w:val="single" w:sz="8" w:space="0" w:color="auto"/>
            </w:tcBorders>
            <w:noWrap/>
            <w:vAlign w:val="center"/>
            <w:hideMark/>
          </w:tcPr>
          <w:p w14:paraId="7107342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$3,840,405.96</w:t>
            </w:r>
          </w:p>
        </w:tc>
      </w:tr>
      <w:tr w:rsidR="005B32EE" w:rsidRPr="005B32EE" w14:paraId="2A27769E"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464074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62</w:t>
            </w:r>
          </w:p>
        </w:tc>
        <w:tc>
          <w:tcPr>
            <w:tcW w:w="3802" w:type="dxa"/>
            <w:tcBorders>
              <w:top w:val="nil"/>
              <w:left w:val="nil"/>
              <w:bottom w:val="single" w:sz="8" w:space="0" w:color="auto"/>
              <w:right w:val="single" w:sz="8" w:space="0" w:color="auto"/>
            </w:tcBorders>
            <w:noWrap/>
            <w:vAlign w:val="center"/>
            <w:hideMark/>
          </w:tcPr>
          <w:p w14:paraId="4C778E46"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Sinanché</w:t>
            </w:r>
            <w:proofErr w:type="spellEnd"/>
          </w:p>
        </w:tc>
        <w:tc>
          <w:tcPr>
            <w:tcW w:w="3866" w:type="dxa"/>
            <w:tcBorders>
              <w:top w:val="nil"/>
              <w:left w:val="nil"/>
              <w:bottom w:val="single" w:sz="8" w:space="0" w:color="auto"/>
              <w:right w:val="single" w:sz="8" w:space="0" w:color="auto"/>
            </w:tcBorders>
            <w:noWrap/>
            <w:vAlign w:val="center"/>
            <w:hideMark/>
          </w:tcPr>
          <w:p w14:paraId="2199F3B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$1,882,426.12</w:t>
            </w:r>
          </w:p>
        </w:tc>
      </w:tr>
      <w:tr w:rsidR="005B32EE" w:rsidRPr="005B32EE" w14:paraId="1F5BC3D7"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6FE5BA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63</w:t>
            </w:r>
          </w:p>
        </w:tc>
        <w:tc>
          <w:tcPr>
            <w:tcW w:w="3802" w:type="dxa"/>
            <w:tcBorders>
              <w:top w:val="nil"/>
              <w:left w:val="nil"/>
              <w:bottom w:val="single" w:sz="8" w:space="0" w:color="auto"/>
              <w:right w:val="single" w:sz="8" w:space="0" w:color="auto"/>
            </w:tcBorders>
            <w:noWrap/>
            <w:vAlign w:val="center"/>
            <w:hideMark/>
          </w:tcPr>
          <w:p w14:paraId="270EB763"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Sotuta</w:t>
            </w:r>
          </w:p>
        </w:tc>
        <w:tc>
          <w:tcPr>
            <w:tcW w:w="3866" w:type="dxa"/>
            <w:tcBorders>
              <w:top w:val="nil"/>
              <w:left w:val="nil"/>
              <w:bottom w:val="single" w:sz="8" w:space="0" w:color="auto"/>
              <w:right w:val="single" w:sz="8" w:space="0" w:color="auto"/>
            </w:tcBorders>
            <w:noWrap/>
            <w:vAlign w:val="center"/>
            <w:hideMark/>
          </w:tcPr>
          <w:p w14:paraId="7A9E20C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$9,055,347.26</w:t>
            </w:r>
          </w:p>
        </w:tc>
      </w:tr>
      <w:tr w:rsidR="005B32EE" w:rsidRPr="005B32EE" w14:paraId="09B5D842"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E74D14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64</w:t>
            </w:r>
          </w:p>
        </w:tc>
        <w:tc>
          <w:tcPr>
            <w:tcW w:w="3802" w:type="dxa"/>
            <w:tcBorders>
              <w:top w:val="nil"/>
              <w:left w:val="nil"/>
              <w:bottom w:val="single" w:sz="8" w:space="0" w:color="auto"/>
              <w:right w:val="single" w:sz="8" w:space="0" w:color="auto"/>
            </w:tcBorders>
            <w:noWrap/>
            <w:vAlign w:val="center"/>
            <w:hideMark/>
          </w:tcPr>
          <w:p w14:paraId="028D067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Sucilá</w:t>
            </w:r>
            <w:proofErr w:type="spellEnd"/>
          </w:p>
        </w:tc>
        <w:tc>
          <w:tcPr>
            <w:tcW w:w="3866" w:type="dxa"/>
            <w:tcBorders>
              <w:top w:val="nil"/>
              <w:left w:val="nil"/>
              <w:bottom w:val="single" w:sz="8" w:space="0" w:color="auto"/>
              <w:right w:val="single" w:sz="8" w:space="0" w:color="auto"/>
            </w:tcBorders>
            <w:noWrap/>
            <w:vAlign w:val="center"/>
            <w:hideMark/>
          </w:tcPr>
          <w:p w14:paraId="773D676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$2,300,788.89</w:t>
            </w:r>
          </w:p>
        </w:tc>
      </w:tr>
      <w:tr w:rsidR="005B32EE" w:rsidRPr="005B32EE" w14:paraId="78E10201"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03618B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65</w:t>
            </w:r>
          </w:p>
        </w:tc>
        <w:tc>
          <w:tcPr>
            <w:tcW w:w="3802" w:type="dxa"/>
            <w:tcBorders>
              <w:top w:val="nil"/>
              <w:left w:val="nil"/>
              <w:bottom w:val="single" w:sz="8" w:space="0" w:color="auto"/>
              <w:right w:val="single" w:sz="8" w:space="0" w:color="auto"/>
            </w:tcBorders>
            <w:noWrap/>
            <w:vAlign w:val="center"/>
            <w:hideMark/>
          </w:tcPr>
          <w:p w14:paraId="566016C6"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Tahdziú</w:t>
            </w:r>
            <w:proofErr w:type="spellEnd"/>
          </w:p>
        </w:tc>
        <w:tc>
          <w:tcPr>
            <w:tcW w:w="3866" w:type="dxa"/>
            <w:tcBorders>
              <w:top w:val="nil"/>
              <w:left w:val="nil"/>
              <w:bottom w:val="single" w:sz="8" w:space="0" w:color="auto"/>
              <w:right w:val="single" w:sz="8" w:space="0" w:color="auto"/>
            </w:tcBorders>
            <w:noWrap/>
            <w:vAlign w:val="center"/>
            <w:hideMark/>
          </w:tcPr>
          <w:p w14:paraId="3F569D6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$8,833,313.91</w:t>
            </w:r>
          </w:p>
        </w:tc>
      </w:tr>
      <w:tr w:rsidR="005B32EE" w:rsidRPr="005B32EE" w14:paraId="45054A26"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6B16EA2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66</w:t>
            </w:r>
          </w:p>
        </w:tc>
        <w:tc>
          <w:tcPr>
            <w:tcW w:w="3802" w:type="dxa"/>
            <w:tcBorders>
              <w:top w:val="nil"/>
              <w:left w:val="nil"/>
              <w:bottom w:val="single" w:sz="8" w:space="0" w:color="auto"/>
              <w:right w:val="single" w:sz="8" w:space="0" w:color="auto"/>
            </w:tcBorders>
            <w:noWrap/>
            <w:vAlign w:val="center"/>
            <w:hideMark/>
          </w:tcPr>
          <w:p w14:paraId="6921DBDE"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Tahmek</w:t>
            </w:r>
            <w:proofErr w:type="spellEnd"/>
          </w:p>
        </w:tc>
        <w:tc>
          <w:tcPr>
            <w:tcW w:w="3866" w:type="dxa"/>
            <w:tcBorders>
              <w:top w:val="nil"/>
              <w:left w:val="nil"/>
              <w:bottom w:val="single" w:sz="8" w:space="0" w:color="auto"/>
              <w:right w:val="single" w:sz="8" w:space="0" w:color="auto"/>
            </w:tcBorders>
            <w:noWrap/>
            <w:vAlign w:val="center"/>
            <w:hideMark/>
          </w:tcPr>
          <w:p w14:paraId="52FCBDA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$2,221,569.80</w:t>
            </w:r>
          </w:p>
        </w:tc>
      </w:tr>
      <w:tr w:rsidR="005B32EE" w:rsidRPr="005B32EE" w14:paraId="7EEED197"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6FA656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67</w:t>
            </w:r>
          </w:p>
        </w:tc>
        <w:tc>
          <w:tcPr>
            <w:tcW w:w="3802" w:type="dxa"/>
            <w:tcBorders>
              <w:top w:val="nil"/>
              <w:left w:val="nil"/>
              <w:bottom w:val="single" w:sz="8" w:space="0" w:color="auto"/>
              <w:right w:val="single" w:sz="8" w:space="0" w:color="auto"/>
            </w:tcBorders>
            <w:noWrap/>
            <w:vAlign w:val="center"/>
            <w:hideMark/>
          </w:tcPr>
          <w:p w14:paraId="7F10F2D6"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Teabo</w:t>
            </w:r>
          </w:p>
        </w:tc>
        <w:tc>
          <w:tcPr>
            <w:tcW w:w="3866" w:type="dxa"/>
            <w:tcBorders>
              <w:top w:val="nil"/>
              <w:left w:val="nil"/>
              <w:bottom w:val="single" w:sz="8" w:space="0" w:color="auto"/>
              <w:right w:val="single" w:sz="8" w:space="0" w:color="auto"/>
            </w:tcBorders>
            <w:noWrap/>
            <w:vAlign w:val="center"/>
            <w:hideMark/>
          </w:tcPr>
          <w:p w14:paraId="4840F47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$6,519,008.79</w:t>
            </w:r>
          </w:p>
        </w:tc>
      </w:tr>
      <w:tr w:rsidR="005B32EE" w:rsidRPr="005B32EE" w14:paraId="4642748D"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AEB8AB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68</w:t>
            </w:r>
          </w:p>
        </w:tc>
        <w:tc>
          <w:tcPr>
            <w:tcW w:w="3802" w:type="dxa"/>
            <w:tcBorders>
              <w:top w:val="nil"/>
              <w:left w:val="nil"/>
              <w:bottom w:val="single" w:sz="8" w:space="0" w:color="auto"/>
              <w:right w:val="single" w:sz="8" w:space="0" w:color="auto"/>
            </w:tcBorders>
            <w:noWrap/>
            <w:vAlign w:val="center"/>
            <w:hideMark/>
          </w:tcPr>
          <w:p w14:paraId="29344D18"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Tecoh</w:t>
            </w:r>
            <w:proofErr w:type="spellEnd"/>
          </w:p>
        </w:tc>
        <w:tc>
          <w:tcPr>
            <w:tcW w:w="3866" w:type="dxa"/>
            <w:tcBorders>
              <w:top w:val="nil"/>
              <w:left w:val="nil"/>
              <w:bottom w:val="single" w:sz="8" w:space="0" w:color="auto"/>
              <w:right w:val="single" w:sz="8" w:space="0" w:color="auto"/>
            </w:tcBorders>
            <w:noWrap/>
            <w:vAlign w:val="center"/>
            <w:hideMark/>
          </w:tcPr>
          <w:p w14:paraId="567E4C5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$6,400,569.63</w:t>
            </w:r>
          </w:p>
        </w:tc>
      </w:tr>
      <w:tr w:rsidR="005B32EE" w:rsidRPr="005B32EE" w14:paraId="43047047"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E7E16B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69</w:t>
            </w:r>
          </w:p>
        </w:tc>
        <w:tc>
          <w:tcPr>
            <w:tcW w:w="3802" w:type="dxa"/>
            <w:tcBorders>
              <w:top w:val="nil"/>
              <w:left w:val="nil"/>
              <w:bottom w:val="single" w:sz="8" w:space="0" w:color="auto"/>
              <w:right w:val="single" w:sz="8" w:space="0" w:color="auto"/>
            </w:tcBorders>
            <w:noWrap/>
            <w:vAlign w:val="center"/>
            <w:hideMark/>
          </w:tcPr>
          <w:p w14:paraId="463B68D7"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Tekal de Venegas</w:t>
            </w:r>
          </w:p>
        </w:tc>
        <w:tc>
          <w:tcPr>
            <w:tcW w:w="3866" w:type="dxa"/>
            <w:tcBorders>
              <w:top w:val="nil"/>
              <w:left w:val="nil"/>
              <w:bottom w:val="single" w:sz="8" w:space="0" w:color="auto"/>
              <w:right w:val="single" w:sz="8" w:space="0" w:color="auto"/>
            </w:tcBorders>
            <w:noWrap/>
            <w:vAlign w:val="center"/>
            <w:hideMark/>
          </w:tcPr>
          <w:p w14:paraId="7031D6A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$2,782,196.97</w:t>
            </w:r>
          </w:p>
        </w:tc>
      </w:tr>
      <w:tr w:rsidR="005B32EE" w:rsidRPr="005B32EE" w14:paraId="01119292"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C5422D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70</w:t>
            </w:r>
          </w:p>
        </w:tc>
        <w:tc>
          <w:tcPr>
            <w:tcW w:w="3802" w:type="dxa"/>
            <w:tcBorders>
              <w:top w:val="nil"/>
              <w:left w:val="nil"/>
              <w:bottom w:val="single" w:sz="8" w:space="0" w:color="auto"/>
              <w:right w:val="single" w:sz="8" w:space="0" w:color="auto"/>
            </w:tcBorders>
            <w:noWrap/>
            <w:vAlign w:val="center"/>
            <w:hideMark/>
          </w:tcPr>
          <w:p w14:paraId="62C9842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Tekantó</w:t>
            </w:r>
            <w:proofErr w:type="spellEnd"/>
          </w:p>
        </w:tc>
        <w:tc>
          <w:tcPr>
            <w:tcW w:w="3866" w:type="dxa"/>
            <w:tcBorders>
              <w:top w:val="nil"/>
              <w:left w:val="nil"/>
              <w:bottom w:val="single" w:sz="8" w:space="0" w:color="auto"/>
              <w:right w:val="single" w:sz="8" w:space="0" w:color="auto"/>
            </w:tcBorders>
            <w:noWrap/>
            <w:vAlign w:val="center"/>
            <w:hideMark/>
          </w:tcPr>
          <w:p w14:paraId="67DF6AD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$2,302,117.63</w:t>
            </w:r>
          </w:p>
        </w:tc>
      </w:tr>
      <w:tr w:rsidR="005B32EE" w:rsidRPr="005B32EE" w14:paraId="32D4E0F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A3098D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71</w:t>
            </w:r>
          </w:p>
        </w:tc>
        <w:tc>
          <w:tcPr>
            <w:tcW w:w="3802" w:type="dxa"/>
            <w:tcBorders>
              <w:top w:val="nil"/>
              <w:left w:val="nil"/>
              <w:bottom w:val="single" w:sz="8" w:space="0" w:color="auto"/>
              <w:right w:val="single" w:sz="8" w:space="0" w:color="auto"/>
            </w:tcBorders>
            <w:noWrap/>
            <w:vAlign w:val="center"/>
            <w:hideMark/>
          </w:tcPr>
          <w:p w14:paraId="5563897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Tekit</w:t>
            </w:r>
          </w:p>
        </w:tc>
        <w:tc>
          <w:tcPr>
            <w:tcW w:w="3866" w:type="dxa"/>
            <w:tcBorders>
              <w:top w:val="nil"/>
              <w:left w:val="nil"/>
              <w:bottom w:val="single" w:sz="8" w:space="0" w:color="auto"/>
              <w:right w:val="single" w:sz="8" w:space="0" w:color="auto"/>
            </w:tcBorders>
            <w:noWrap/>
            <w:vAlign w:val="center"/>
            <w:hideMark/>
          </w:tcPr>
          <w:p w14:paraId="669D125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$5,307,676.64</w:t>
            </w:r>
          </w:p>
        </w:tc>
      </w:tr>
      <w:tr w:rsidR="005B32EE" w:rsidRPr="005B32EE" w14:paraId="0AD21DE8"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BC6D29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72</w:t>
            </w:r>
          </w:p>
        </w:tc>
        <w:tc>
          <w:tcPr>
            <w:tcW w:w="3802" w:type="dxa"/>
            <w:tcBorders>
              <w:top w:val="nil"/>
              <w:left w:val="nil"/>
              <w:bottom w:val="single" w:sz="8" w:space="0" w:color="auto"/>
              <w:right w:val="single" w:sz="8" w:space="0" w:color="auto"/>
            </w:tcBorders>
            <w:noWrap/>
            <w:vAlign w:val="center"/>
            <w:hideMark/>
          </w:tcPr>
          <w:p w14:paraId="0589146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Tekom</w:t>
            </w:r>
          </w:p>
        </w:tc>
        <w:tc>
          <w:tcPr>
            <w:tcW w:w="3866" w:type="dxa"/>
            <w:tcBorders>
              <w:top w:val="nil"/>
              <w:left w:val="nil"/>
              <w:bottom w:val="single" w:sz="8" w:space="0" w:color="auto"/>
              <w:right w:val="single" w:sz="8" w:space="0" w:color="auto"/>
            </w:tcBorders>
            <w:noWrap/>
            <w:vAlign w:val="center"/>
            <w:hideMark/>
          </w:tcPr>
          <w:p w14:paraId="76E002A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$4,246,031.31</w:t>
            </w:r>
          </w:p>
        </w:tc>
      </w:tr>
      <w:tr w:rsidR="005B32EE" w:rsidRPr="005B32EE" w14:paraId="64D7B230"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39D1F5F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lastRenderedPageBreak/>
              <w:t>73</w:t>
            </w:r>
          </w:p>
        </w:tc>
        <w:tc>
          <w:tcPr>
            <w:tcW w:w="3802" w:type="dxa"/>
            <w:tcBorders>
              <w:top w:val="nil"/>
              <w:left w:val="nil"/>
              <w:bottom w:val="single" w:sz="8" w:space="0" w:color="auto"/>
              <w:right w:val="single" w:sz="8" w:space="0" w:color="auto"/>
            </w:tcBorders>
            <w:noWrap/>
            <w:vAlign w:val="center"/>
            <w:hideMark/>
          </w:tcPr>
          <w:p w14:paraId="46D5F6C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Telchac Pueblo</w:t>
            </w:r>
          </w:p>
        </w:tc>
        <w:tc>
          <w:tcPr>
            <w:tcW w:w="3866" w:type="dxa"/>
            <w:tcBorders>
              <w:top w:val="nil"/>
              <w:left w:val="nil"/>
              <w:bottom w:val="single" w:sz="8" w:space="0" w:color="auto"/>
              <w:right w:val="single" w:sz="8" w:space="0" w:color="auto"/>
            </w:tcBorders>
            <w:noWrap/>
            <w:vAlign w:val="center"/>
            <w:hideMark/>
          </w:tcPr>
          <w:p w14:paraId="1968CEF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$1,712,350.34</w:t>
            </w:r>
          </w:p>
        </w:tc>
      </w:tr>
      <w:tr w:rsidR="005B32EE" w:rsidRPr="005B32EE" w14:paraId="2094D66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1DBD5F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74</w:t>
            </w:r>
          </w:p>
        </w:tc>
        <w:tc>
          <w:tcPr>
            <w:tcW w:w="3802" w:type="dxa"/>
            <w:tcBorders>
              <w:top w:val="nil"/>
              <w:left w:val="nil"/>
              <w:bottom w:val="single" w:sz="8" w:space="0" w:color="auto"/>
              <w:right w:val="single" w:sz="8" w:space="0" w:color="auto"/>
            </w:tcBorders>
            <w:noWrap/>
            <w:vAlign w:val="center"/>
            <w:hideMark/>
          </w:tcPr>
          <w:p w14:paraId="29AB7E1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Telchac Puerto</w:t>
            </w:r>
          </w:p>
        </w:tc>
        <w:tc>
          <w:tcPr>
            <w:tcW w:w="3866" w:type="dxa"/>
            <w:tcBorders>
              <w:top w:val="nil"/>
              <w:left w:val="nil"/>
              <w:bottom w:val="single" w:sz="8" w:space="0" w:color="auto"/>
              <w:right w:val="single" w:sz="8" w:space="0" w:color="auto"/>
            </w:tcBorders>
            <w:noWrap/>
            <w:vAlign w:val="center"/>
            <w:hideMark/>
          </w:tcPr>
          <w:p w14:paraId="3310A4F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$648,047.60</w:t>
            </w:r>
          </w:p>
        </w:tc>
      </w:tr>
      <w:tr w:rsidR="005B32EE" w:rsidRPr="005B32EE" w14:paraId="671977B3"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08F1AB8C"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75</w:t>
            </w:r>
          </w:p>
        </w:tc>
        <w:tc>
          <w:tcPr>
            <w:tcW w:w="3802" w:type="dxa"/>
            <w:tcBorders>
              <w:top w:val="nil"/>
              <w:left w:val="nil"/>
              <w:bottom w:val="single" w:sz="8" w:space="0" w:color="auto"/>
              <w:right w:val="single" w:sz="8" w:space="0" w:color="auto"/>
            </w:tcBorders>
            <w:noWrap/>
            <w:vAlign w:val="center"/>
            <w:hideMark/>
          </w:tcPr>
          <w:p w14:paraId="3A4EDEF2"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Temax</w:t>
            </w:r>
            <w:proofErr w:type="spellEnd"/>
          </w:p>
        </w:tc>
        <w:tc>
          <w:tcPr>
            <w:tcW w:w="3866" w:type="dxa"/>
            <w:tcBorders>
              <w:top w:val="nil"/>
              <w:left w:val="nil"/>
              <w:bottom w:val="single" w:sz="8" w:space="0" w:color="auto"/>
              <w:right w:val="single" w:sz="8" w:space="0" w:color="auto"/>
            </w:tcBorders>
            <w:noWrap/>
            <w:vAlign w:val="center"/>
            <w:hideMark/>
          </w:tcPr>
          <w:p w14:paraId="7ECBAF8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$5,416,035.80</w:t>
            </w:r>
          </w:p>
        </w:tc>
      </w:tr>
      <w:tr w:rsidR="005B32EE" w:rsidRPr="005B32EE" w14:paraId="161559F2"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7120DE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76</w:t>
            </w:r>
          </w:p>
        </w:tc>
        <w:tc>
          <w:tcPr>
            <w:tcW w:w="3802" w:type="dxa"/>
            <w:tcBorders>
              <w:top w:val="nil"/>
              <w:left w:val="nil"/>
              <w:bottom w:val="single" w:sz="8" w:space="0" w:color="auto"/>
              <w:right w:val="single" w:sz="8" w:space="0" w:color="auto"/>
            </w:tcBorders>
            <w:noWrap/>
            <w:vAlign w:val="center"/>
            <w:hideMark/>
          </w:tcPr>
          <w:p w14:paraId="6AAD3F9F"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Tetiz</w:t>
            </w:r>
            <w:proofErr w:type="spellEnd"/>
          </w:p>
        </w:tc>
        <w:tc>
          <w:tcPr>
            <w:tcW w:w="3866" w:type="dxa"/>
            <w:tcBorders>
              <w:top w:val="nil"/>
              <w:left w:val="nil"/>
              <w:bottom w:val="single" w:sz="8" w:space="0" w:color="auto"/>
              <w:right w:val="single" w:sz="8" w:space="0" w:color="auto"/>
            </w:tcBorders>
            <w:noWrap/>
            <w:vAlign w:val="center"/>
            <w:hideMark/>
          </w:tcPr>
          <w:p w14:paraId="136EA0A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$2,838,369.69</w:t>
            </w:r>
          </w:p>
        </w:tc>
      </w:tr>
      <w:tr w:rsidR="005B32EE" w:rsidRPr="005B32EE" w14:paraId="7510D98D"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C284C6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77</w:t>
            </w:r>
          </w:p>
        </w:tc>
        <w:tc>
          <w:tcPr>
            <w:tcW w:w="3802" w:type="dxa"/>
            <w:tcBorders>
              <w:top w:val="nil"/>
              <w:left w:val="nil"/>
              <w:bottom w:val="single" w:sz="8" w:space="0" w:color="auto"/>
              <w:right w:val="single" w:sz="8" w:space="0" w:color="auto"/>
            </w:tcBorders>
            <w:noWrap/>
            <w:vAlign w:val="center"/>
            <w:hideMark/>
          </w:tcPr>
          <w:p w14:paraId="41076A00"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Teya</w:t>
            </w:r>
          </w:p>
        </w:tc>
        <w:tc>
          <w:tcPr>
            <w:tcW w:w="3866" w:type="dxa"/>
            <w:tcBorders>
              <w:top w:val="nil"/>
              <w:left w:val="nil"/>
              <w:bottom w:val="single" w:sz="8" w:space="0" w:color="auto"/>
              <w:right w:val="single" w:sz="8" w:space="0" w:color="auto"/>
            </w:tcBorders>
            <w:noWrap/>
            <w:vAlign w:val="center"/>
            <w:hideMark/>
          </w:tcPr>
          <w:p w14:paraId="547A5B6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$1,701,491.49</w:t>
            </w:r>
          </w:p>
        </w:tc>
      </w:tr>
      <w:tr w:rsidR="005B32EE" w:rsidRPr="005B32EE" w14:paraId="2D17B780"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276E857"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78</w:t>
            </w:r>
          </w:p>
        </w:tc>
        <w:tc>
          <w:tcPr>
            <w:tcW w:w="3802" w:type="dxa"/>
            <w:tcBorders>
              <w:top w:val="nil"/>
              <w:left w:val="nil"/>
              <w:bottom w:val="single" w:sz="8" w:space="0" w:color="auto"/>
              <w:right w:val="single" w:sz="8" w:space="0" w:color="auto"/>
            </w:tcBorders>
            <w:noWrap/>
            <w:vAlign w:val="center"/>
            <w:hideMark/>
          </w:tcPr>
          <w:p w14:paraId="46BC1DA8"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Timucuy</w:t>
            </w:r>
            <w:proofErr w:type="spellEnd"/>
          </w:p>
        </w:tc>
        <w:tc>
          <w:tcPr>
            <w:tcW w:w="3866" w:type="dxa"/>
            <w:tcBorders>
              <w:top w:val="nil"/>
              <w:left w:val="nil"/>
              <w:bottom w:val="single" w:sz="8" w:space="0" w:color="auto"/>
              <w:right w:val="single" w:sz="8" w:space="0" w:color="auto"/>
            </w:tcBorders>
            <w:noWrap/>
            <w:vAlign w:val="center"/>
            <w:hideMark/>
          </w:tcPr>
          <w:p w14:paraId="39CA9DE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$3,494,389.60</w:t>
            </w:r>
          </w:p>
        </w:tc>
      </w:tr>
      <w:tr w:rsidR="005B32EE" w:rsidRPr="005B32EE" w14:paraId="6ACFE0F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01E77F8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79</w:t>
            </w:r>
          </w:p>
        </w:tc>
        <w:tc>
          <w:tcPr>
            <w:tcW w:w="3802" w:type="dxa"/>
            <w:tcBorders>
              <w:top w:val="nil"/>
              <w:left w:val="nil"/>
              <w:bottom w:val="single" w:sz="8" w:space="0" w:color="auto"/>
              <w:right w:val="single" w:sz="8" w:space="0" w:color="auto"/>
            </w:tcBorders>
            <w:noWrap/>
            <w:vAlign w:val="center"/>
            <w:hideMark/>
          </w:tcPr>
          <w:p w14:paraId="2913D8E0"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Tinum</w:t>
            </w:r>
            <w:proofErr w:type="spellEnd"/>
          </w:p>
        </w:tc>
        <w:tc>
          <w:tcPr>
            <w:tcW w:w="3866" w:type="dxa"/>
            <w:tcBorders>
              <w:top w:val="nil"/>
              <w:left w:val="nil"/>
              <w:bottom w:val="single" w:sz="8" w:space="0" w:color="auto"/>
              <w:right w:val="single" w:sz="8" w:space="0" w:color="auto"/>
            </w:tcBorders>
            <w:noWrap/>
            <w:vAlign w:val="center"/>
            <w:hideMark/>
          </w:tcPr>
          <w:p w14:paraId="7973CEC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$9,534,097.87</w:t>
            </w:r>
          </w:p>
        </w:tc>
      </w:tr>
      <w:tr w:rsidR="005B32EE" w:rsidRPr="005B32EE" w14:paraId="7AFF09A2"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43F61A3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80</w:t>
            </w:r>
          </w:p>
        </w:tc>
        <w:tc>
          <w:tcPr>
            <w:tcW w:w="3802" w:type="dxa"/>
            <w:tcBorders>
              <w:top w:val="nil"/>
              <w:left w:val="nil"/>
              <w:bottom w:val="single" w:sz="8" w:space="0" w:color="auto"/>
              <w:right w:val="single" w:sz="8" w:space="0" w:color="auto"/>
            </w:tcBorders>
            <w:noWrap/>
            <w:vAlign w:val="center"/>
            <w:hideMark/>
          </w:tcPr>
          <w:p w14:paraId="535818D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Tixcacalcupul</w:t>
            </w:r>
            <w:proofErr w:type="spellEnd"/>
          </w:p>
        </w:tc>
        <w:tc>
          <w:tcPr>
            <w:tcW w:w="3866" w:type="dxa"/>
            <w:tcBorders>
              <w:top w:val="nil"/>
              <w:left w:val="nil"/>
              <w:bottom w:val="single" w:sz="8" w:space="0" w:color="auto"/>
              <w:right w:val="single" w:sz="8" w:space="0" w:color="auto"/>
            </w:tcBorders>
            <w:noWrap/>
            <w:vAlign w:val="center"/>
            <w:hideMark/>
          </w:tcPr>
          <w:p w14:paraId="75BD51FB"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$10,926,135.68</w:t>
            </w:r>
          </w:p>
        </w:tc>
      </w:tr>
      <w:tr w:rsidR="005B32EE" w:rsidRPr="005B32EE" w14:paraId="1CE3EEEE"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5218B0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81</w:t>
            </w:r>
          </w:p>
        </w:tc>
        <w:tc>
          <w:tcPr>
            <w:tcW w:w="3802" w:type="dxa"/>
            <w:tcBorders>
              <w:top w:val="nil"/>
              <w:left w:val="nil"/>
              <w:bottom w:val="single" w:sz="8" w:space="0" w:color="auto"/>
              <w:right w:val="single" w:sz="8" w:space="0" w:color="auto"/>
            </w:tcBorders>
            <w:noWrap/>
            <w:vAlign w:val="center"/>
            <w:hideMark/>
          </w:tcPr>
          <w:p w14:paraId="12DE88A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Tixkokob</w:t>
            </w:r>
          </w:p>
        </w:tc>
        <w:tc>
          <w:tcPr>
            <w:tcW w:w="3866" w:type="dxa"/>
            <w:tcBorders>
              <w:top w:val="nil"/>
              <w:left w:val="nil"/>
              <w:bottom w:val="single" w:sz="8" w:space="0" w:color="auto"/>
              <w:right w:val="single" w:sz="8" w:space="0" w:color="auto"/>
            </w:tcBorders>
            <w:noWrap/>
            <w:vAlign w:val="center"/>
            <w:hideMark/>
          </w:tcPr>
          <w:p w14:paraId="7E2CEF4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$3,202,667.36</w:t>
            </w:r>
          </w:p>
        </w:tc>
      </w:tr>
      <w:tr w:rsidR="005B32EE" w:rsidRPr="005B32EE" w14:paraId="687457BA"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6F51D13D"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82</w:t>
            </w:r>
          </w:p>
        </w:tc>
        <w:tc>
          <w:tcPr>
            <w:tcW w:w="3802" w:type="dxa"/>
            <w:tcBorders>
              <w:top w:val="nil"/>
              <w:left w:val="nil"/>
              <w:bottom w:val="single" w:sz="8" w:space="0" w:color="auto"/>
              <w:right w:val="single" w:sz="8" w:space="0" w:color="auto"/>
            </w:tcBorders>
            <w:noWrap/>
            <w:vAlign w:val="center"/>
            <w:hideMark/>
          </w:tcPr>
          <w:p w14:paraId="30D4F48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Tixmehuac</w:t>
            </w:r>
            <w:proofErr w:type="spellEnd"/>
          </w:p>
        </w:tc>
        <w:tc>
          <w:tcPr>
            <w:tcW w:w="3866" w:type="dxa"/>
            <w:tcBorders>
              <w:top w:val="nil"/>
              <w:left w:val="nil"/>
              <w:bottom w:val="single" w:sz="8" w:space="0" w:color="auto"/>
              <w:right w:val="single" w:sz="8" w:space="0" w:color="auto"/>
            </w:tcBorders>
            <w:noWrap/>
            <w:vAlign w:val="center"/>
            <w:hideMark/>
          </w:tcPr>
          <w:p w14:paraId="74B5406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$6,511,586.29</w:t>
            </w:r>
          </w:p>
        </w:tc>
      </w:tr>
      <w:tr w:rsidR="005B32EE" w:rsidRPr="005B32EE" w14:paraId="2D3E751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256704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83</w:t>
            </w:r>
          </w:p>
        </w:tc>
        <w:tc>
          <w:tcPr>
            <w:tcW w:w="3802" w:type="dxa"/>
            <w:tcBorders>
              <w:top w:val="nil"/>
              <w:left w:val="nil"/>
              <w:bottom w:val="single" w:sz="8" w:space="0" w:color="auto"/>
              <w:right w:val="single" w:sz="8" w:space="0" w:color="auto"/>
            </w:tcBorders>
            <w:noWrap/>
            <w:vAlign w:val="center"/>
            <w:hideMark/>
          </w:tcPr>
          <w:p w14:paraId="591E61B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Tixpéhual</w:t>
            </w:r>
            <w:proofErr w:type="spellEnd"/>
          </w:p>
        </w:tc>
        <w:tc>
          <w:tcPr>
            <w:tcW w:w="3866" w:type="dxa"/>
            <w:tcBorders>
              <w:top w:val="nil"/>
              <w:left w:val="nil"/>
              <w:bottom w:val="single" w:sz="8" w:space="0" w:color="auto"/>
              <w:right w:val="single" w:sz="8" w:space="0" w:color="auto"/>
            </w:tcBorders>
            <w:noWrap/>
            <w:vAlign w:val="center"/>
            <w:hideMark/>
          </w:tcPr>
          <w:p w14:paraId="7D9737A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$1,723,209.12</w:t>
            </w:r>
          </w:p>
        </w:tc>
      </w:tr>
      <w:tr w:rsidR="005B32EE" w:rsidRPr="005B32EE" w14:paraId="5758C86A"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501E6CB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84</w:t>
            </w:r>
          </w:p>
        </w:tc>
        <w:tc>
          <w:tcPr>
            <w:tcW w:w="3802" w:type="dxa"/>
            <w:tcBorders>
              <w:top w:val="nil"/>
              <w:left w:val="nil"/>
              <w:bottom w:val="single" w:sz="8" w:space="0" w:color="auto"/>
              <w:right w:val="single" w:sz="8" w:space="0" w:color="auto"/>
            </w:tcBorders>
            <w:noWrap/>
            <w:vAlign w:val="center"/>
            <w:hideMark/>
          </w:tcPr>
          <w:p w14:paraId="3A3C6F69"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Tunkás</w:t>
            </w:r>
            <w:proofErr w:type="spellEnd"/>
          </w:p>
        </w:tc>
        <w:tc>
          <w:tcPr>
            <w:tcW w:w="3866" w:type="dxa"/>
            <w:tcBorders>
              <w:top w:val="nil"/>
              <w:left w:val="nil"/>
              <w:bottom w:val="single" w:sz="8" w:space="0" w:color="auto"/>
              <w:right w:val="single" w:sz="8" w:space="0" w:color="auto"/>
            </w:tcBorders>
            <w:noWrap/>
            <w:vAlign w:val="center"/>
            <w:hideMark/>
          </w:tcPr>
          <w:p w14:paraId="3B8ACFF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$4,314,391.53</w:t>
            </w:r>
          </w:p>
        </w:tc>
      </w:tr>
      <w:tr w:rsidR="005B32EE" w:rsidRPr="005B32EE" w14:paraId="61EB6B8C"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040D5F41"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85</w:t>
            </w:r>
          </w:p>
        </w:tc>
        <w:tc>
          <w:tcPr>
            <w:tcW w:w="3802" w:type="dxa"/>
            <w:tcBorders>
              <w:top w:val="nil"/>
              <w:left w:val="nil"/>
              <w:bottom w:val="single" w:sz="8" w:space="0" w:color="auto"/>
              <w:right w:val="single" w:sz="8" w:space="0" w:color="auto"/>
            </w:tcBorders>
            <w:noWrap/>
            <w:vAlign w:val="center"/>
            <w:hideMark/>
          </w:tcPr>
          <w:p w14:paraId="100C04CD"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Tzucacab</w:t>
            </w:r>
          </w:p>
        </w:tc>
        <w:tc>
          <w:tcPr>
            <w:tcW w:w="3866" w:type="dxa"/>
            <w:tcBorders>
              <w:top w:val="nil"/>
              <w:left w:val="nil"/>
              <w:bottom w:val="single" w:sz="8" w:space="0" w:color="auto"/>
              <w:right w:val="single" w:sz="8" w:space="0" w:color="auto"/>
            </w:tcBorders>
            <w:noWrap/>
            <w:vAlign w:val="center"/>
            <w:hideMark/>
          </w:tcPr>
          <w:p w14:paraId="3820EB30"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$13,616,926.05</w:t>
            </w:r>
          </w:p>
        </w:tc>
      </w:tr>
      <w:tr w:rsidR="005B32EE" w:rsidRPr="005B32EE" w14:paraId="4E56F0EF"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F89D54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86</w:t>
            </w:r>
          </w:p>
        </w:tc>
        <w:tc>
          <w:tcPr>
            <w:tcW w:w="3802" w:type="dxa"/>
            <w:tcBorders>
              <w:top w:val="nil"/>
              <w:left w:val="nil"/>
              <w:bottom w:val="single" w:sz="8" w:space="0" w:color="auto"/>
              <w:right w:val="single" w:sz="8" w:space="0" w:color="auto"/>
            </w:tcBorders>
            <w:noWrap/>
            <w:vAlign w:val="center"/>
            <w:hideMark/>
          </w:tcPr>
          <w:p w14:paraId="05C771C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Uayma</w:t>
            </w:r>
            <w:proofErr w:type="spellEnd"/>
          </w:p>
        </w:tc>
        <w:tc>
          <w:tcPr>
            <w:tcW w:w="3866" w:type="dxa"/>
            <w:tcBorders>
              <w:top w:val="nil"/>
              <w:left w:val="nil"/>
              <w:bottom w:val="single" w:sz="8" w:space="0" w:color="auto"/>
              <w:right w:val="single" w:sz="8" w:space="0" w:color="auto"/>
            </w:tcBorders>
            <w:noWrap/>
            <w:vAlign w:val="center"/>
            <w:hideMark/>
          </w:tcPr>
          <w:p w14:paraId="4F641A6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$5,208,847.53</w:t>
            </w:r>
          </w:p>
        </w:tc>
      </w:tr>
      <w:tr w:rsidR="005B32EE" w:rsidRPr="005B32EE" w14:paraId="4EA48575"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865EE2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87</w:t>
            </w:r>
          </w:p>
        </w:tc>
        <w:tc>
          <w:tcPr>
            <w:tcW w:w="3802" w:type="dxa"/>
            <w:tcBorders>
              <w:top w:val="nil"/>
              <w:left w:val="nil"/>
              <w:bottom w:val="single" w:sz="8" w:space="0" w:color="auto"/>
              <w:right w:val="single" w:sz="8" w:space="0" w:color="auto"/>
            </w:tcBorders>
            <w:noWrap/>
            <w:vAlign w:val="center"/>
            <w:hideMark/>
          </w:tcPr>
          <w:p w14:paraId="796DDBCD"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Valladolid</w:t>
            </w:r>
          </w:p>
        </w:tc>
        <w:tc>
          <w:tcPr>
            <w:tcW w:w="3866" w:type="dxa"/>
            <w:tcBorders>
              <w:top w:val="nil"/>
              <w:left w:val="nil"/>
              <w:bottom w:val="single" w:sz="8" w:space="0" w:color="auto"/>
              <w:right w:val="single" w:sz="8" w:space="0" w:color="auto"/>
            </w:tcBorders>
            <w:noWrap/>
            <w:vAlign w:val="center"/>
            <w:hideMark/>
          </w:tcPr>
          <w:p w14:paraId="06964A14"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$41,963,831.10</w:t>
            </w:r>
          </w:p>
        </w:tc>
      </w:tr>
      <w:tr w:rsidR="005B32EE" w:rsidRPr="005B32EE" w14:paraId="0B1E908B"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8A0A915"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88</w:t>
            </w:r>
          </w:p>
        </w:tc>
        <w:tc>
          <w:tcPr>
            <w:tcW w:w="3802" w:type="dxa"/>
            <w:tcBorders>
              <w:top w:val="nil"/>
              <w:left w:val="nil"/>
              <w:bottom w:val="single" w:sz="8" w:space="0" w:color="auto"/>
              <w:right w:val="single" w:sz="8" w:space="0" w:color="auto"/>
            </w:tcBorders>
            <w:noWrap/>
            <w:vAlign w:val="center"/>
            <w:hideMark/>
          </w:tcPr>
          <w:p w14:paraId="66833A5B"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Xocchel</w:t>
            </w:r>
            <w:proofErr w:type="spellEnd"/>
          </w:p>
        </w:tc>
        <w:tc>
          <w:tcPr>
            <w:tcW w:w="3866" w:type="dxa"/>
            <w:tcBorders>
              <w:top w:val="nil"/>
              <w:left w:val="nil"/>
              <w:bottom w:val="single" w:sz="8" w:space="0" w:color="auto"/>
              <w:right w:val="single" w:sz="8" w:space="0" w:color="auto"/>
            </w:tcBorders>
            <w:noWrap/>
            <w:vAlign w:val="center"/>
            <w:hideMark/>
          </w:tcPr>
          <w:p w14:paraId="5362A9F2"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$2,332,586.51</w:t>
            </w:r>
          </w:p>
        </w:tc>
      </w:tr>
      <w:tr w:rsidR="005B32EE" w:rsidRPr="005B32EE" w14:paraId="0F13812A"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2E9BDFFE"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89</w:t>
            </w:r>
          </w:p>
        </w:tc>
        <w:tc>
          <w:tcPr>
            <w:tcW w:w="3802" w:type="dxa"/>
            <w:tcBorders>
              <w:top w:val="nil"/>
              <w:left w:val="nil"/>
              <w:bottom w:val="single" w:sz="8" w:space="0" w:color="auto"/>
              <w:right w:val="single" w:sz="8" w:space="0" w:color="auto"/>
            </w:tcBorders>
            <w:noWrap/>
            <w:vAlign w:val="center"/>
            <w:hideMark/>
          </w:tcPr>
          <w:p w14:paraId="2CECCF4B"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Yaxcabá</w:t>
            </w:r>
            <w:proofErr w:type="spellEnd"/>
          </w:p>
        </w:tc>
        <w:tc>
          <w:tcPr>
            <w:tcW w:w="3866" w:type="dxa"/>
            <w:tcBorders>
              <w:top w:val="nil"/>
              <w:left w:val="nil"/>
              <w:bottom w:val="single" w:sz="8" w:space="0" w:color="auto"/>
              <w:right w:val="single" w:sz="8" w:space="0" w:color="auto"/>
            </w:tcBorders>
            <w:noWrap/>
            <w:vAlign w:val="center"/>
            <w:hideMark/>
          </w:tcPr>
          <w:p w14:paraId="13D936A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$20,043,199.54</w:t>
            </w:r>
          </w:p>
        </w:tc>
      </w:tr>
      <w:tr w:rsidR="005B32EE" w:rsidRPr="005B32EE" w14:paraId="016EE27A"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7A4ED476"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90</w:t>
            </w:r>
          </w:p>
        </w:tc>
        <w:tc>
          <w:tcPr>
            <w:tcW w:w="3802" w:type="dxa"/>
            <w:tcBorders>
              <w:top w:val="nil"/>
              <w:left w:val="nil"/>
              <w:bottom w:val="single" w:sz="8" w:space="0" w:color="auto"/>
              <w:right w:val="single" w:sz="8" w:space="0" w:color="auto"/>
            </w:tcBorders>
            <w:noWrap/>
            <w:vAlign w:val="center"/>
            <w:hideMark/>
          </w:tcPr>
          <w:p w14:paraId="3D39B984"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Yaxkukul</w:t>
            </w:r>
          </w:p>
        </w:tc>
        <w:tc>
          <w:tcPr>
            <w:tcW w:w="3866" w:type="dxa"/>
            <w:tcBorders>
              <w:top w:val="nil"/>
              <w:left w:val="nil"/>
              <w:bottom w:val="single" w:sz="8" w:space="0" w:color="auto"/>
              <w:right w:val="single" w:sz="8" w:space="0" w:color="auto"/>
            </w:tcBorders>
            <w:noWrap/>
            <w:vAlign w:val="center"/>
            <w:hideMark/>
          </w:tcPr>
          <w:p w14:paraId="6A8EC029"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$1,304,067.48</w:t>
            </w:r>
          </w:p>
        </w:tc>
      </w:tr>
      <w:tr w:rsidR="005B32EE" w:rsidRPr="005B32EE" w14:paraId="0B663158" w14:textId="77777777" w:rsidTr="00C77976">
        <w:trPr>
          <w:trHeight w:val="315"/>
        </w:trPr>
        <w:tc>
          <w:tcPr>
            <w:tcW w:w="1150" w:type="dxa"/>
            <w:tcBorders>
              <w:top w:val="nil"/>
              <w:left w:val="single" w:sz="8" w:space="0" w:color="auto"/>
              <w:bottom w:val="single" w:sz="8" w:space="0" w:color="auto"/>
              <w:right w:val="single" w:sz="8" w:space="0" w:color="auto"/>
            </w:tcBorders>
            <w:noWrap/>
            <w:vAlign w:val="center"/>
            <w:hideMark/>
          </w:tcPr>
          <w:p w14:paraId="15F3264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91</w:t>
            </w:r>
          </w:p>
        </w:tc>
        <w:tc>
          <w:tcPr>
            <w:tcW w:w="3802" w:type="dxa"/>
            <w:tcBorders>
              <w:top w:val="nil"/>
              <w:left w:val="nil"/>
              <w:bottom w:val="single" w:sz="8" w:space="0" w:color="auto"/>
              <w:right w:val="single" w:sz="8" w:space="0" w:color="auto"/>
            </w:tcBorders>
            <w:noWrap/>
            <w:vAlign w:val="center"/>
            <w:hideMark/>
          </w:tcPr>
          <w:p w14:paraId="2C106855" w14:textId="77777777" w:rsidR="005B32EE" w:rsidRPr="005B32EE" w:rsidRDefault="005B32EE" w:rsidP="005B32EE">
            <w:pPr>
              <w:spacing w:after="0" w:line="240" w:lineRule="auto"/>
              <w:ind w:left="705" w:right="-3" w:hanging="10"/>
              <w:jc w:val="both"/>
              <w:rPr>
                <w:rFonts w:ascii="Calibri" w:eastAsia="Times New Roman" w:hAnsi="Calibri" w:cs="Calibri"/>
                <w:color w:val="000000"/>
                <w:sz w:val="24"/>
                <w:szCs w:val="24"/>
                <w:lang w:val="es-MX" w:eastAsia="es-MX"/>
              </w:rPr>
            </w:pPr>
            <w:proofErr w:type="spellStart"/>
            <w:r w:rsidRPr="005B32EE">
              <w:rPr>
                <w:rFonts w:ascii="Calibri" w:eastAsia="Times New Roman" w:hAnsi="Calibri" w:cs="Calibri"/>
                <w:color w:val="000000"/>
                <w:sz w:val="24"/>
                <w:szCs w:val="24"/>
                <w:lang w:val="es-MX" w:eastAsia="es-MX"/>
              </w:rPr>
              <w:t>Yobaín</w:t>
            </w:r>
            <w:proofErr w:type="spellEnd"/>
          </w:p>
        </w:tc>
        <w:tc>
          <w:tcPr>
            <w:tcW w:w="3866" w:type="dxa"/>
            <w:tcBorders>
              <w:top w:val="nil"/>
              <w:left w:val="nil"/>
              <w:bottom w:val="single" w:sz="8" w:space="0" w:color="auto"/>
              <w:right w:val="single" w:sz="8" w:space="0" w:color="auto"/>
            </w:tcBorders>
            <w:noWrap/>
            <w:vAlign w:val="center"/>
            <w:hideMark/>
          </w:tcPr>
          <w:p w14:paraId="0C7F517F"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color w:val="000000"/>
                <w:sz w:val="24"/>
                <w:szCs w:val="24"/>
                <w:lang w:val="es-MX" w:eastAsia="es-MX"/>
              </w:rPr>
              <w:t>$1,496,410.83</w:t>
            </w:r>
          </w:p>
        </w:tc>
      </w:tr>
      <w:tr w:rsidR="005B32EE" w:rsidRPr="005B32EE" w14:paraId="74882E40" w14:textId="77777777" w:rsidTr="00C77976">
        <w:trPr>
          <w:trHeight w:val="315"/>
        </w:trPr>
        <w:tc>
          <w:tcPr>
            <w:tcW w:w="4952" w:type="dxa"/>
            <w:gridSpan w:val="2"/>
            <w:tcBorders>
              <w:top w:val="nil"/>
              <w:left w:val="single" w:sz="8" w:space="0" w:color="auto"/>
              <w:bottom w:val="single" w:sz="8" w:space="0" w:color="auto"/>
              <w:right w:val="single" w:sz="8" w:space="0" w:color="auto"/>
            </w:tcBorders>
            <w:noWrap/>
            <w:vAlign w:val="center"/>
          </w:tcPr>
          <w:p w14:paraId="6A7FC1A3"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b/>
                <w:bCs/>
                <w:color w:val="000000"/>
                <w:sz w:val="24"/>
                <w:szCs w:val="24"/>
                <w:lang w:val="es-MX" w:eastAsia="es-MX"/>
              </w:rPr>
              <w:t>Total</w:t>
            </w:r>
          </w:p>
        </w:tc>
        <w:tc>
          <w:tcPr>
            <w:tcW w:w="3866" w:type="dxa"/>
            <w:tcBorders>
              <w:top w:val="nil"/>
              <w:left w:val="nil"/>
              <w:bottom w:val="single" w:sz="8" w:space="0" w:color="auto"/>
              <w:right w:val="single" w:sz="8" w:space="0" w:color="auto"/>
            </w:tcBorders>
            <w:noWrap/>
            <w:vAlign w:val="center"/>
          </w:tcPr>
          <w:p w14:paraId="42348968" w14:textId="77777777" w:rsidR="005B32EE" w:rsidRPr="005B32EE" w:rsidRDefault="005B32EE" w:rsidP="005B32EE">
            <w:pPr>
              <w:spacing w:after="0" w:line="240" w:lineRule="auto"/>
              <w:ind w:left="705" w:right="-3" w:hanging="10"/>
              <w:jc w:val="center"/>
              <w:rPr>
                <w:rFonts w:ascii="Calibri" w:eastAsia="Times New Roman" w:hAnsi="Calibri" w:cs="Calibri"/>
                <w:color w:val="000000"/>
                <w:sz w:val="24"/>
                <w:szCs w:val="24"/>
                <w:lang w:val="es-MX" w:eastAsia="es-MX"/>
              </w:rPr>
            </w:pPr>
            <w:r w:rsidRPr="005B32EE">
              <w:rPr>
                <w:rFonts w:ascii="Calibri" w:eastAsia="Times New Roman" w:hAnsi="Calibri" w:cs="Calibri"/>
                <w:b/>
                <w:bCs/>
                <w:color w:val="000000"/>
                <w:sz w:val="24"/>
                <w:szCs w:val="24"/>
                <w:lang w:val="es-MX" w:eastAsia="es-MX"/>
              </w:rPr>
              <w:t>$ 612,620,324.16</w:t>
            </w:r>
          </w:p>
        </w:tc>
      </w:tr>
    </w:tbl>
    <w:p w14:paraId="2763346E" w14:textId="77777777" w:rsidR="005B32EE" w:rsidRPr="005B32EE" w:rsidRDefault="005B32EE" w:rsidP="005B32EE">
      <w:pPr>
        <w:spacing w:after="0" w:line="240" w:lineRule="auto"/>
        <w:jc w:val="both"/>
        <w:rPr>
          <w:rFonts w:ascii="Arial" w:eastAsia="Times New Roman" w:hAnsi="Arial" w:cs="Arial"/>
          <w:b/>
          <w:lang w:val="es-ES" w:eastAsia="es-ES"/>
        </w:rPr>
      </w:pPr>
    </w:p>
    <w:p w14:paraId="23DF1816"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 xml:space="preserve">El importe máximo de cada financiamiento que individualmente decida contratar cada municipio podrá determinarse en lo particular en el correspondiente contrato de apertura de crédito simple que al efecto se suscriba, sin exceder el monto que se determine en cada caso. </w:t>
      </w:r>
    </w:p>
    <w:p w14:paraId="40ABB957" w14:textId="77777777" w:rsidR="005B32EE" w:rsidRPr="005B32EE" w:rsidRDefault="005B32EE" w:rsidP="005B32EE">
      <w:pPr>
        <w:spacing w:after="0" w:line="240" w:lineRule="auto"/>
        <w:jc w:val="both"/>
        <w:rPr>
          <w:rFonts w:ascii="Arial" w:eastAsia="Times New Roman" w:hAnsi="Arial" w:cs="Arial"/>
          <w:lang w:val="es-ES_tradnl" w:eastAsia="es-ES"/>
        </w:rPr>
      </w:pPr>
    </w:p>
    <w:p w14:paraId="16F22509"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_tradnl" w:eastAsia="es-ES"/>
        </w:rPr>
        <w:t>Los municipios que decidan contratar</w:t>
      </w:r>
      <w:r w:rsidRPr="005B32EE">
        <w:rPr>
          <w:rFonts w:ascii="Arial" w:eastAsia="Times New Roman" w:hAnsi="Arial" w:cs="Arial"/>
          <w:lang w:val="es-ES" w:eastAsia="es-ES"/>
        </w:rPr>
        <w:t xml:space="preserve"> o ejercer uno o varios financiamientos, afectar un porcentaje del derecho a recibir y de los ingresos que individualmente les correspondan del Fondo de Aportaciones para la Infraestructura Social, así como adherirse al mecanismo de pago que se constituya para tal efecto, deberán obtener previamente la autorización de sus respectivos cabildos mediante el voto de las dos terceras partes de los integrantes presentes, de conformidad con lo establecido en el artículo 13 de la Ley de Deuda Pública del Estado de Yucatán. </w:t>
      </w:r>
    </w:p>
    <w:p w14:paraId="6283895B" w14:textId="77777777" w:rsidR="005B32EE" w:rsidRPr="005B32EE" w:rsidRDefault="005B32EE" w:rsidP="005B32EE">
      <w:pPr>
        <w:spacing w:after="0" w:line="240" w:lineRule="auto"/>
        <w:jc w:val="both"/>
        <w:rPr>
          <w:rFonts w:ascii="Arial" w:eastAsia="Times New Roman" w:hAnsi="Arial" w:cs="Arial"/>
          <w:lang w:val="es-ES" w:eastAsia="es-ES"/>
        </w:rPr>
      </w:pPr>
    </w:p>
    <w:p w14:paraId="6B396603" w14:textId="77777777" w:rsidR="005B32EE" w:rsidRPr="005B32EE" w:rsidRDefault="005B32EE" w:rsidP="005B32EE">
      <w:pPr>
        <w:spacing w:after="0" w:line="240" w:lineRule="auto"/>
        <w:jc w:val="both"/>
        <w:rPr>
          <w:rFonts w:ascii="Arial" w:eastAsia="Calibri" w:hAnsi="Arial" w:cs="Arial"/>
          <w:b/>
          <w:lang w:val="es-MX"/>
        </w:rPr>
      </w:pPr>
      <w:r w:rsidRPr="005B32EE">
        <w:rPr>
          <w:rFonts w:ascii="Arial" w:eastAsia="Calibri" w:hAnsi="Arial" w:cs="Arial"/>
          <w:b/>
          <w:lang w:val="es-MX"/>
        </w:rPr>
        <w:t>Artículo 3. Contratación de financiamiento</w:t>
      </w:r>
    </w:p>
    <w:p w14:paraId="140B67E5" w14:textId="77777777" w:rsidR="005B32EE" w:rsidRPr="005B32EE" w:rsidRDefault="005B32EE" w:rsidP="005B32EE">
      <w:pPr>
        <w:widowControl w:val="0"/>
        <w:autoSpaceDE w:val="0"/>
        <w:autoSpaceDN w:val="0"/>
        <w:spacing w:after="0" w:line="240" w:lineRule="auto"/>
        <w:jc w:val="both"/>
        <w:rPr>
          <w:rFonts w:ascii="Arial" w:eastAsia="Times New Roman" w:hAnsi="Arial" w:cs="Arial"/>
          <w:lang w:val="es-ES_tradnl" w:eastAsia="es-ES"/>
        </w:rPr>
      </w:pPr>
      <w:r w:rsidRPr="005B32EE">
        <w:rPr>
          <w:rFonts w:ascii="Arial" w:eastAsia="Times New Roman" w:hAnsi="Arial" w:cs="Arial"/>
          <w:lang w:val="es-MX" w:eastAsia="es-ES"/>
        </w:rPr>
        <w:t xml:space="preserve">Los municipios del Estado de Yucatán podrán negociar con la institución de crédito o integrante del Sistema Financiero Mexicano acreditante, los términos y condiciones de los financiamientos que cada uno de ellos decida contratar, con excepción de la tasa fija. La contratación de los financiamientos deberá llevarse a cabo en las mejores condiciones </w:t>
      </w:r>
      <w:r w:rsidRPr="005B32EE">
        <w:rPr>
          <w:rFonts w:ascii="Arial" w:eastAsia="Times New Roman" w:hAnsi="Arial" w:cs="Arial"/>
          <w:lang w:val="es-MX" w:eastAsia="es-ES"/>
        </w:rPr>
        <w:lastRenderedPageBreak/>
        <w:t>de mercado, para lo cual los municipios del Estado de Yucatán, de manera individual, a través de funcionarios facultados para ello, implementarán el proceso competitivo respectivo</w:t>
      </w:r>
      <w:r w:rsidRPr="005B32EE">
        <w:rPr>
          <w:rFonts w:ascii="Arial" w:eastAsia="Times New Roman" w:hAnsi="Arial" w:cs="Arial"/>
          <w:lang w:val="es-ES_tradnl" w:eastAsia="es-ES"/>
        </w:rPr>
        <w:t>.</w:t>
      </w:r>
    </w:p>
    <w:p w14:paraId="149D77C3"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p>
    <w:p w14:paraId="780836D3" w14:textId="361C4E1B" w:rsidR="005B32EE" w:rsidRPr="005B32EE" w:rsidRDefault="005B32EE" w:rsidP="005B32EE">
      <w:pPr>
        <w:tabs>
          <w:tab w:val="left" w:pos="8460"/>
        </w:tabs>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Los financiamientos a que se refiere el presente decreto podrán ser contratados a partir de la entrada en vigor de este decreto y en el transcurso del ejercicio fiscal 2026.</w:t>
      </w:r>
    </w:p>
    <w:p w14:paraId="6E2C2553"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p>
    <w:p w14:paraId="2EA0D7EA"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r w:rsidRPr="005B32EE">
        <w:rPr>
          <w:rFonts w:ascii="Arial" w:eastAsia="Times New Roman" w:hAnsi="Arial" w:cs="Arial"/>
          <w:b/>
          <w:lang w:val="es-ES" w:eastAsia="es-ES"/>
        </w:rPr>
        <w:t>Artículo 4. Inscripción del financiamiento</w:t>
      </w:r>
    </w:p>
    <w:p w14:paraId="6B880219"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_tradnl" w:eastAsia="es-ES"/>
        </w:rPr>
        <w:t xml:space="preserve">Las obligaciones que deriven de los financiamientos que contraten </w:t>
      </w:r>
      <w:r w:rsidRPr="005B32EE">
        <w:rPr>
          <w:rFonts w:ascii="Arial" w:eastAsia="Times New Roman" w:hAnsi="Arial" w:cs="Arial"/>
          <w:lang w:val="es-ES" w:eastAsia="es-ES"/>
        </w:rPr>
        <w:t>los municipios del Estado de Yucatán</w:t>
      </w:r>
      <w:r w:rsidRPr="005B32EE">
        <w:rPr>
          <w:rFonts w:ascii="Arial" w:eastAsia="Times New Roman" w:hAnsi="Arial" w:cs="Arial"/>
          <w:lang w:val="es-ES_tradnl" w:eastAsia="es-ES"/>
        </w:rPr>
        <w:t xml:space="preserve">, de manera individual, </w:t>
      </w:r>
      <w:r w:rsidRPr="005B32EE">
        <w:rPr>
          <w:rFonts w:ascii="Arial" w:eastAsia="Times New Roman" w:hAnsi="Arial" w:cs="Arial"/>
          <w:lang w:val="es-ES" w:eastAsia="es-ES"/>
        </w:rPr>
        <w:t xml:space="preserve">con base en este decreto, </w:t>
      </w:r>
      <w:r w:rsidRPr="005B32EE">
        <w:rPr>
          <w:rFonts w:ascii="Arial" w:eastAsia="Times New Roman" w:hAnsi="Arial" w:cs="Arial"/>
          <w:lang w:val="es-ES_tradnl" w:eastAsia="es-ES"/>
        </w:rPr>
        <w:t>constituirá</w:t>
      </w:r>
      <w:r w:rsidRPr="005B32EE">
        <w:rPr>
          <w:rFonts w:ascii="Arial" w:eastAsia="Times New Roman" w:hAnsi="Arial" w:cs="Arial"/>
          <w:lang w:val="de-DE" w:eastAsia="es-ES"/>
        </w:rPr>
        <w:t xml:space="preserve">n deuda </w:t>
      </w:r>
      <w:r w:rsidRPr="005B32EE">
        <w:rPr>
          <w:rFonts w:ascii="Arial" w:eastAsia="Times New Roman" w:hAnsi="Arial" w:cs="Arial"/>
          <w:lang w:val="es-ES_tradnl" w:eastAsia="es-ES"/>
        </w:rPr>
        <w:t>pública; en consecuencia, deberán inscribirse en el Registro de Empréstitos y Obligaciones del Estado de Yucatán, a cargo de la Secretaría de Administración y Finanzas, y ante el Registro Público</w:t>
      </w:r>
      <w:r w:rsidRPr="005B32EE">
        <w:rPr>
          <w:rFonts w:ascii="Arial" w:eastAsia="Times New Roman" w:hAnsi="Arial" w:cs="Arial"/>
          <w:lang w:val="it-IT" w:eastAsia="es-ES"/>
        </w:rPr>
        <w:t xml:space="preserve"> </w:t>
      </w:r>
      <w:r w:rsidRPr="005B32EE">
        <w:rPr>
          <w:rFonts w:ascii="Arial" w:eastAsia="Times New Roman" w:hAnsi="Arial" w:cs="Arial"/>
          <w:lang w:val="es-ES_tradnl" w:eastAsia="es-ES"/>
        </w:rPr>
        <w:t>Único de Financiamientos y Obligaciones de Entidades Federativas y Municipios que lleva la Secretaría de Hacienda y Crédito Público</w:t>
      </w:r>
      <w:r w:rsidRPr="005B32EE">
        <w:rPr>
          <w:rFonts w:ascii="Arial" w:eastAsia="Times New Roman" w:hAnsi="Arial" w:cs="Arial"/>
          <w:lang w:val="es-ES" w:eastAsia="es-ES"/>
        </w:rPr>
        <w:t>,</w:t>
      </w:r>
      <w:r w:rsidRPr="005B32EE">
        <w:rPr>
          <w:rFonts w:ascii="Arial" w:eastAsia="Times New Roman" w:hAnsi="Arial" w:cs="Arial"/>
          <w:lang w:val="es-ES_tradnl" w:eastAsia="es-ES"/>
        </w:rPr>
        <w:t xml:space="preserve"> en los términos que establecen las disposiciones legales y administrativas aplicables.</w:t>
      </w:r>
    </w:p>
    <w:p w14:paraId="5BC56DF8"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p>
    <w:p w14:paraId="4018AAB8" w14:textId="77777777" w:rsidR="005B32EE" w:rsidRPr="005B32EE" w:rsidRDefault="005B32EE" w:rsidP="005B32EE">
      <w:pPr>
        <w:tabs>
          <w:tab w:val="right" w:pos="8498"/>
        </w:tabs>
        <w:spacing w:after="0" w:line="240" w:lineRule="auto"/>
        <w:jc w:val="both"/>
        <w:rPr>
          <w:rFonts w:ascii="Arial" w:eastAsia="Times New Roman" w:hAnsi="Arial" w:cs="Arial"/>
          <w:lang w:val="es-ES" w:eastAsia="es-ES"/>
        </w:rPr>
      </w:pPr>
      <w:r w:rsidRPr="005B32EE">
        <w:rPr>
          <w:rFonts w:ascii="Arial" w:eastAsia="Times New Roman" w:hAnsi="Arial" w:cs="Arial"/>
          <w:b/>
          <w:lang w:val="es-ES" w:eastAsia="es-ES"/>
        </w:rPr>
        <w:t>Artículo 5. Destino de los recursos</w:t>
      </w:r>
    </w:p>
    <w:p w14:paraId="0D5A36B4" w14:textId="77777777" w:rsidR="005B32EE" w:rsidRPr="005B32EE" w:rsidRDefault="005B32EE" w:rsidP="005B32EE">
      <w:pPr>
        <w:tabs>
          <w:tab w:val="right" w:pos="8498"/>
        </w:tabs>
        <w:spacing w:after="0" w:line="240" w:lineRule="auto"/>
        <w:jc w:val="both"/>
        <w:rPr>
          <w:rFonts w:ascii="Arial" w:eastAsia="MS Mincho" w:hAnsi="Arial" w:cs="Arial"/>
          <w:lang w:val="es-ES" w:eastAsia="es-ES"/>
        </w:rPr>
      </w:pPr>
      <w:r w:rsidRPr="005B32EE">
        <w:rPr>
          <w:rFonts w:ascii="Arial" w:eastAsia="Times New Roman" w:hAnsi="Arial" w:cs="Arial"/>
          <w:lang w:val="es-ES" w:eastAsia="es-ES"/>
        </w:rPr>
        <w:t>Los recursos obtenidos de los financiamientos que contraten los municipios con base en la presente autorización deberán destinarse, de conformidad con el artículo 33 de la Ley de Coordinación Fiscal; la fracción XXV del artículo 2 de la Ley de Disciplina Financiera de las Entidades Federativas y los Municipios y el catálogo de acciones del anexo I de los Lineamientos Generales para la Operación del Fondo de Aportaciones para la Infraestructura Social, a financiar, en su caso, incluido en su caso el Impuesto al Valor Agregado, inversiones públicas productivas, que comprendan, entre otros, obras, acciones sociales básicas y a inversiones que beneficien directamente a la población en pobreza extrema, en localidades con alto o muy alto nivel de rezago social conforme a lo previsto en la Ley General de Desarrollo Social, y en las zonas de atención prioritaria, particularmente en los siguientes rubros</w:t>
      </w:r>
      <w:r w:rsidRPr="005B32EE">
        <w:rPr>
          <w:rFonts w:ascii="Arial" w:eastAsia="MS Mincho" w:hAnsi="Arial" w:cs="Arial"/>
          <w:lang w:val="es-ES" w:eastAsia="es-ES"/>
        </w:rPr>
        <w:t>:</w:t>
      </w:r>
    </w:p>
    <w:p w14:paraId="58F15368" w14:textId="77777777" w:rsidR="005B32EE" w:rsidRPr="005B32EE" w:rsidRDefault="005B32EE" w:rsidP="005B32EE">
      <w:pPr>
        <w:spacing w:after="0" w:line="240" w:lineRule="auto"/>
        <w:ind w:left="709" w:firstLine="709"/>
        <w:jc w:val="both"/>
        <w:rPr>
          <w:rFonts w:ascii="Arial" w:eastAsia="Times New Roman" w:hAnsi="Arial" w:cs="Arial"/>
          <w:lang w:val="es-ES" w:eastAsia="es-ES"/>
        </w:rPr>
      </w:pPr>
    </w:p>
    <w:p w14:paraId="3D19A994" w14:textId="77777777" w:rsidR="005B32EE" w:rsidRPr="005B32EE" w:rsidRDefault="005B32EE" w:rsidP="005B32EE">
      <w:pPr>
        <w:spacing w:after="0" w:line="240" w:lineRule="auto"/>
        <w:ind w:left="709" w:firstLine="709"/>
        <w:jc w:val="both"/>
        <w:rPr>
          <w:rFonts w:ascii="Arial" w:eastAsia="Times New Roman" w:hAnsi="Arial" w:cs="Arial"/>
          <w:lang w:val="es-ES" w:eastAsia="es-ES"/>
        </w:rPr>
      </w:pPr>
      <w:r w:rsidRPr="005B32EE">
        <w:rPr>
          <w:rFonts w:ascii="Arial" w:eastAsia="Times New Roman" w:hAnsi="Arial" w:cs="Arial"/>
          <w:lang w:val="es-ES" w:eastAsia="es-ES"/>
        </w:rPr>
        <w:t>I. Agua potable.</w:t>
      </w:r>
    </w:p>
    <w:p w14:paraId="1C8B62B7" w14:textId="77777777" w:rsidR="005B32EE" w:rsidRPr="005B32EE" w:rsidRDefault="005B32EE" w:rsidP="005B32EE">
      <w:pPr>
        <w:spacing w:after="0" w:line="240" w:lineRule="auto"/>
        <w:ind w:left="709" w:firstLine="709"/>
        <w:jc w:val="both"/>
        <w:rPr>
          <w:rFonts w:ascii="Arial" w:eastAsia="Times New Roman" w:hAnsi="Arial" w:cs="Arial"/>
          <w:lang w:val="es-ES" w:eastAsia="es-ES"/>
        </w:rPr>
      </w:pPr>
      <w:r w:rsidRPr="005B32EE">
        <w:rPr>
          <w:rFonts w:ascii="Arial" w:eastAsia="Times New Roman" w:hAnsi="Arial" w:cs="Arial"/>
          <w:lang w:val="es-ES" w:eastAsia="es-ES"/>
        </w:rPr>
        <w:t>II. Alcantarillado.</w:t>
      </w:r>
    </w:p>
    <w:p w14:paraId="2A56D90E" w14:textId="77777777" w:rsidR="005B32EE" w:rsidRPr="005B32EE" w:rsidRDefault="005B32EE" w:rsidP="005B32EE">
      <w:pPr>
        <w:spacing w:after="0" w:line="240" w:lineRule="auto"/>
        <w:ind w:left="709" w:firstLine="709"/>
        <w:jc w:val="both"/>
        <w:rPr>
          <w:rFonts w:ascii="Arial" w:eastAsia="Times New Roman" w:hAnsi="Arial" w:cs="Arial"/>
          <w:lang w:val="es-ES" w:eastAsia="es-ES"/>
        </w:rPr>
      </w:pPr>
      <w:r w:rsidRPr="005B32EE">
        <w:rPr>
          <w:rFonts w:ascii="Arial" w:eastAsia="Times New Roman" w:hAnsi="Arial" w:cs="Arial"/>
          <w:lang w:val="es-ES" w:eastAsia="es-ES"/>
        </w:rPr>
        <w:t>III. Drenaje.</w:t>
      </w:r>
    </w:p>
    <w:p w14:paraId="60D1A801" w14:textId="77777777" w:rsidR="005B32EE" w:rsidRPr="005B32EE" w:rsidRDefault="005B32EE" w:rsidP="005B32EE">
      <w:pPr>
        <w:spacing w:after="0" w:line="240" w:lineRule="auto"/>
        <w:ind w:left="709" w:firstLine="709"/>
        <w:jc w:val="both"/>
        <w:rPr>
          <w:rFonts w:ascii="Arial" w:eastAsia="Times New Roman" w:hAnsi="Arial" w:cs="Arial"/>
          <w:lang w:val="es-ES" w:eastAsia="es-ES"/>
        </w:rPr>
      </w:pPr>
      <w:r w:rsidRPr="005B32EE">
        <w:rPr>
          <w:rFonts w:ascii="Arial" w:eastAsia="Times New Roman" w:hAnsi="Arial" w:cs="Arial"/>
          <w:lang w:val="es-ES" w:eastAsia="es-ES"/>
        </w:rPr>
        <w:t>IV. Urbanización.</w:t>
      </w:r>
    </w:p>
    <w:p w14:paraId="662717DC" w14:textId="77777777" w:rsidR="005B32EE" w:rsidRPr="005B32EE" w:rsidRDefault="005B32EE" w:rsidP="005B32EE">
      <w:pPr>
        <w:spacing w:after="0" w:line="240" w:lineRule="auto"/>
        <w:ind w:left="709" w:firstLine="709"/>
        <w:jc w:val="both"/>
        <w:rPr>
          <w:rFonts w:ascii="Arial" w:eastAsia="Times New Roman" w:hAnsi="Arial" w:cs="Arial"/>
          <w:lang w:val="es-ES" w:eastAsia="es-ES"/>
        </w:rPr>
      </w:pPr>
      <w:r w:rsidRPr="005B32EE">
        <w:rPr>
          <w:rFonts w:ascii="Arial" w:eastAsia="Times New Roman" w:hAnsi="Arial" w:cs="Arial"/>
          <w:lang w:val="es-ES" w:eastAsia="es-ES"/>
        </w:rPr>
        <w:t>V. Electrificación rural y de colonias pobres.</w:t>
      </w:r>
    </w:p>
    <w:p w14:paraId="04CB498A" w14:textId="77777777" w:rsidR="005B32EE" w:rsidRPr="005B32EE" w:rsidRDefault="005B32EE" w:rsidP="005B32EE">
      <w:pPr>
        <w:spacing w:after="0" w:line="240" w:lineRule="auto"/>
        <w:ind w:left="709" w:firstLine="709"/>
        <w:jc w:val="both"/>
        <w:rPr>
          <w:rFonts w:ascii="Arial" w:eastAsia="Times New Roman" w:hAnsi="Arial" w:cs="Arial"/>
          <w:lang w:val="es-ES" w:eastAsia="es-ES"/>
        </w:rPr>
      </w:pPr>
      <w:r w:rsidRPr="005B32EE">
        <w:rPr>
          <w:rFonts w:ascii="Arial" w:eastAsia="Times New Roman" w:hAnsi="Arial" w:cs="Arial"/>
          <w:lang w:val="es-ES" w:eastAsia="es-ES"/>
        </w:rPr>
        <w:t>VI. Infraestructura básica del sector salud y educativo.</w:t>
      </w:r>
    </w:p>
    <w:p w14:paraId="05D0D4DB" w14:textId="77777777" w:rsidR="005B32EE" w:rsidRPr="005B32EE" w:rsidRDefault="005B32EE" w:rsidP="005B32EE">
      <w:pPr>
        <w:spacing w:after="0" w:line="240" w:lineRule="auto"/>
        <w:jc w:val="both"/>
        <w:rPr>
          <w:rFonts w:ascii="Arial" w:eastAsia="Times New Roman" w:hAnsi="Arial" w:cs="Arial"/>
          <w:lang w:val="es-ES" w:eastAsia="es-ES"/>
        </w:rPr>
      </w:pPr>
    </w:p>
    <w:p w14:paraId="37827EFF" w14:textId="77777777" w:rsidR="005B32EE" w:rsidRPr="005B32EE" w:rsidRDefault="005B32EE" w:rsidP="005B32EE">
      <w:pPr>
        <w:tabs>
          <w:tab w:val="right" w:pos="8498"/>
        </w:tabs>
        <w:spacing w:after="0" w:line="240" w:lineRule="auto"/>
        <w:jc w:val="both"/>
        <w:rPr>
          <w:rFonts w:ascii="Arial" w:eastAsia="Times New Roman" w:hAnsi="Arial" w:cs="Arial"/>
          <w:lang w:val="es-ES" w:eastAsia="es-ES"/>
        </w:rPr>
      </w:pPr>
      <w:r w:rsidRPr="005B32EE">
        <w:rPr>
          <w:rFonts w:ascii="Arial" w:eastAsia="Times New Roman" w:hAnsi="Arial" w:cs="Arial"/>
          <w:b/>
          <w:lang w:val="es-ES" w:eastAsia="es-ES"/>
        </w:rPr>
        <w:t>Artículo 6. Amortización</w:t>
      </w:r>
    </w:p>
    <w:p w14:paraId="244EC146"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bCs/>
          <w:lang w:val="es-MX" w:eastAsia="es-ES"/>
        </w:rPr>
        <w:t xml:space="preserve">El plazo máximo para el pago de los financiamientos que los municipios contraten con base a esta autorización será de hasta 1 año 4 meses, equivalente de hasta 517 días, mismos que iniciarán a partir de la formalización o de la primera disposición de los recursos del financiamiento que corresponda y su vencimiento no podrá exceder un mes previo al término de la administración municipal que lo contrate, esto es, sin exceder el 31 de julio de 2027. El o los contratos que al efecto se celebren, deberán precisar el plazo máximo del financiamiento en días que será contado a partir de la fecha en que el Municipio suscriba el contrato de crédito correspondiente o cuando se efectúe la primera disposición, así como la fecha específica para el vencimiento del financiamiento de que se trate, así como los plazos, intereses, comisiones, términos y condiciones que en su caso se establezcan, con apego a lo establecido por los artículos 5, 8, 10 y 12 de la Ley de Deuda Pública del Estado de Yucatán, los artículos 22, 24 y demás aplicables de la </w:t>
      </w:r>
      <w:r w:rsidRPr="005B32EE">
        <w:rPr>
          <w:rFonts w:ascii="Arial" w:eastAsia="Times New Roman" w:hAnsi="Arial" w:cs="Arial"/>
          <w:bCs/>
          <w:lang w:val="es-MX" w:eastAsia="es-ES"/>
        </w:rPr>
        <w:lastRenderedPageBreak/>
        <w:t>Ley de Disciplina Financiera de las Entidades Federativas y los Municipios, y los artículos 25 y 31 del Reglamento del Registro Público Único de Financiamientos y Obligaciones de Entidades Federativas y Municipios</w:t>
      </w:r>
      <w:r w:rsidRPr="005B32EE">
        <w:rPr>
          <w:rFonts w:ascii="Arial" w:eastAsia="Times New Roman" w:hAnsi="Arial" w:cs="Arial"/>
          <w:lang w:val="es-ES" w:eastAsia="es-ES"/>
        </w:rPr>
        <w:t>.</w:t>
      </w:r>
    </w:p>
    <w:p w14:paraId="7C595C97" w14:textId="77777777" w:rsidR="005B32EE" w:rsidRPr="005B32EE" w:rsidRDefault="005B32EE" w:rsidP="005B32EE">
      <w:pPr>
        <w:tabs>
          <w:tab w:val="right" w:pos="8498"/>
        </w:tabs>
        <w:spacing w:after="0" w:line="240" w:lineRule="auto"/>
        <w:jc w:val="both"/>
        <w:rPr>
          <w:rFonts w:ascii="Arial" w:eastAsia="Times New Roman" w:hAnsi="Arial" w:cs="Arial"/>
          <w:lang w:val="es-ES" w:eastAsia="es-ES"/>
        </w:rPr>
      </w:pPr>
    </w:p>
    <w:p w14:paraId="2574289E"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Sin perjuicio de lo anterior, los contratos mediante los cuales se formalicen los financiamientos estarán vigentes mientras existan obligaciones pendientes de pago a favor de los acreedores derivadas de los financiamientos.</w:t>
      </w:r>
    </w:p>
    <w:p w14:paraId="7446F95B" w14:textId="77777777" w:rsidR="005B32EE" w:rsidRPr="005B32EE" w:rsidRDefault="005B32EE" w:rsidP="005B32EE">
      <w:pPr>
        <w:spacing w:after="0" w:line="240" w:lineRule="auto"/>
        <w:jc w:val="both"/>
        <w:rPr>
          <w:rFonts w:ascii="Arial" w:eastAsia="Times New Roman" w:hAnsi="Arial" w:cs="Arial"/>
          <w:lang w:val="es-ES" w:eastAsia="es-ES"/>
        </w:rPr>
      </w:pPr>
    </w:p>
    <w:p w14:paraId="61D90E98" w14:textId="77777777" w:rsidR="005B32EE" w:rsidRPr="005B32EE" w:rsidRDefault="005B32EE" w:rsidP="005B32EE">
      <w:pPr>
        <w:tabs>
          <w:tab w:val="right" w:pos="8498"/>
        </w:tabs>
        <w:spacing w:after="0" w:line="240" w:lineRule="auto"/>
        <w:jc w:val="both"/>
        <w:rPr>
          <w:rFonts w:ascii="Arial" w:eastAsia="Times New Roman" w:hAnsi="Arial" w:cs="Arial"/>
          <w:lang w:val="es-ES" w:eastAsia="es-ES"/>
        </w:rPr>
      </w:pPr>
      <w:r w:rsidRPr="005B32EE">
        <w:rPr>
          <w:rFonts w:ascii="Arial" w:eastAsia="Times New Roman" w:hAnsi="Arial" w:cs="Arial"/>
          <w:b/>
          <w:lang w:val="es-ES" w:eastAsia="es-ES"/>
        </w:rPr>
        <w:t>Artículo 7. Suscripción de los instrumentos jurídicos</w:t>
      </w:r>
    </w:p>
    <w:p w14:paraId="5F11C4D8" w14:textId="77777777" w:rsidR="005B32EE" w:rsidRPr="005B32EE" w:rsidRDefault="005B32EE" w:rsidP="005B32EE">
      <w:pPr>
        <w:widowControl w:val="0"/>
        <w:autoSpaceDE w:val="0"/>
        <w:autoSpaceDN w:val="0"/>
        <w:spacing w:after="0" w:line="240" w:lineRule="auto"/>
        <w:jc w:val="both"/>
        <w:rPr>
          <w:rFonts w:ascii="Arial" w:eastAsia="Times New Roman" w:hAnsi="Arial" w:cs="Arial"/>
          <w:lang w:val="es-ES_tradnl" w:eastAsia="es-ES"/>
        </w:rPr>
      </w:pPr>
      <w:r w:rsidRPr="005B32EE">
        <w:rPr>
          <w:rFonts w:ascii="Arial" w:eastAsia="Times New Roman" w:hAnsi="Arial" w:cs="Arial"/>
          <w:lang w:val="es-ES_tradnl" w:eastAsia="es-ES"/>
        </w:rPr>
        <w:t>Se autoriza al Poder Ejecutivo, por conducto de la Secretaría de Administración y Finanzas, y a los municipios del Estado de Yucatán, a través de funcionarios legalmente facultados, sin detrimento de las atribuciones que les son propias a los ayuntamientos, realicen todas las gestiones, negociaciones, solicitudes y trámites necesarios ante las entidades públicas y privadas; así como para que celebren los contratos, convenios o cualquier instrumento legal que se requiera con objeto de formalizar los créditos o financiamientos que los municipios del Estado de Yucatán decidan individualmente contratar con base en el presente decreto, así como para constituir o adherirse, según corresponda al fideicomiso irrevocable de administración y fuente de pago que sirva para formalizar el mecanismo de pago de los créditos o financiamientos que contraten, y para que suscriban todos los actos jurídicos necesarios o convenientes para cumplir con las disposiciones del presente decreto o con lo pactado en los contratos que con base en este se celebren, como son, de manera enunciativa pero no limitativa, realizar notificaciones o instrucciones irrevocables, presentar avisos o información, modificar instrucciones anteriores, solicitar inscripciones en registros de deuda o fiduciarios, entre otras.</w:t>
      </w:r>
    </w:p>
    <w:p w14:paraId="47B97453" w14:textId="77777777" w:rsidR="005B32EE" w:rsidRPr="005B32EE" w:rsidRDefault="005B32EE" w:rsidP="005B32EE">
      <w:pPr>
        <w:spacing w:after="0" w:line="240" w:lineRule="auto"/>
        <w:jc w:val="both"/>
        <w:rPr>
          <w:rFonts w:ascii="Arial" w:eastAsia="Times New Roman" w:hAnsi="Arial" w:cs="Arial"/>
          <w:lang w:val="es-ES" w:eastAsia="es-ES"/>
        </w:rPr>
      </w:pPr>
    </w:p>
    <w:p w14:paraId="30B07689"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MX" w:eastAsia="es-ES"/>
        </w:rPr>
        <w:t>Se autoriza al Poder Ejecutivo del Estado de Yucatán, a través de la Secretaría de Administración y Finanzas, para que realice las gestiones necesarias y pague los gastos y demás erogaciones relacionados con la constitución, el empleo, utilización, modificación y operación del fideicomiso, y la obtención, en su caso, de la calificación de calidad crediticia de la estructura de los financiamientos que los municipios del Estado de Yucatán contraten con base en el presente decreto y estos últimos se adhieran al fideicomiso de pago que se constituya con base en la presente autorización, en el entendido de que el Poder Ejecutivo del Estado de Yucatán podrá pagar los gastos y demás erogaciones antes referidas, directamente o mediante aportación al fideicomiso de los recursos que se necesiten para tal efecto</w:t>
      </w:r>
      <w:r w:rsidRPr="005B32EE">
        <w:rPr>
          <w:rFonts w:ascii="Arial" w:eastAsia="Times New Roman" w:hAnsi="Arial" w:cs="Arial"/>
          <w:lang w:val="es-ES" w:eastAsia="es-ES"/>
        </w:rPr>
        <w:t>.</w:t>
      </w:r>
    </w:p>
    <w:p w14:paraId="7CC02C33" w14:textId="77777777" w:rsidR="005B32EE" w:rsidRPr="005B32EE" w:rsidRDefault="005B32EE" w:rsidP="005B32EE">
      <w:pPr>
        <w:tabs>
          <w:tab w:val="right" w:pos="8498"/>
        </w:tabs>
        <w:spacing w:after="0" w:line="240" w:lineRule="auto"/>
        <w:jc w:val="both"/>
        <w:rPr>
          <w:rFonts w:ascii="Arial" w:eastAsia="Times New Roman" w:hAnsi="Arial" w:cs="Arial"/>
          <w:bCs/>
          <w:lang w:val="es-ES" w:eastAsia="es-ES"/>
        </w:rPr>
      </w:pPr>
    </w:p>
    <w:p w14:paraId="736C96D6" w14:textId="77777777" w:rsidR="005B32EE" w:rsidRPr="005B32EE" w:rsidRDefault="005B32EE" w:rsidP="005B32EE">
      <w:pPr>
        <w:tabs>
          <w:tab w:val="right" w:pos="8498"/>
        </w:tabs>
        <w:spacing w:after="0" w:line="240" w:lineRule="auto"/>
        <w:jc w:val="both"/>
        <w:rPr>
          <w:rFonts w:ascii="Arial" w:eastAsia="Times New Roman" w:hAnsi="Arial" w:cs="Arial"/>
          <w:bCs/>
          <w:lang w:val="es-ES" w:eastAsia="es-ES"/>
        </w:rPr>
      </w:pPr>
      <w:r w:rsidRPr="005B32EE">
        <w:rPr>
          <w:rFonts w:ascii="Arial" w:eastAsia="Times New Roman" w:hAnsi="Arial" w:cs="Arial"/>
          <w:bCs/>
          <w:lang w:val="es-ES" w:eastAsia="es-ES"/>
        </w:rPr>
        <w:t xml:space="preserve">Adicionalmente a lo anterior y sin detrimento de lo previamente autorizado en el presente artículo y decreto, se autoriza a los Municipios del Estado de Yucatán, para que, de así convenir a sus intereses, individualmente celebren un contrato de mandato especial irrevocable para actos de dominio -con objeto de formalizar el mecanismo de pago de los financiamientos que individualmente contraten- en términos de lo previsto por el artículo 8, en su fracción XII de la Ley de Deuda Pública del Estado de Yucatán y en cumplimiento con las formalidades que la legislación aplicable establece, en cuyo objeto se faculte a la Secretaría de Administración y Finanzas del Poder Ejecutivo del Estado de Yucatán, para que con el carácter de mandatario, en nombre y por cuenta del Municipio de que se trate y con cargo a los recursos que procedan del Fondo de Aportaciones para la Infraestructura Social Municipal y de las Demarcaciones Territoriales del Distrito Federal, que afecte cada Municipio como fuente de pago, pague directamente a la institución </w:t>
      </w:r>
      <w:r w:rsidRPr="005B32EE">
        <w:rPr>
          <w:rFonts w:ascii="Arial" w:eastAsia="Times New Roman" w:hAnsi="Arial" w:cs="Arial"/>
          <w:bCs/>
          <w:lang w:val="es-ES" w:eastAsia="es-ES"/>
        </w:rPr>
        <w:lastRenderedPageBreak/>
        <w:t xml:space="preserve">acreditante las obligaciones a cargo del Municipio que corresponda, que deriven del o los financiamientos que contrate. </w:t>
      </w:r>
    </w:p>
    <w:p w14:paraId="27E388C1"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p>
    <w:p w14:paraId="5F021513" w14:textId="77777777" w:rsidR="005B32EE" w:rsidRPr="005B32EE" w:rsidRDefault="005B32EE" w:rsidP="005B32EE">
      <w:pPr>
        <w:tabs>
          <w:tab w:val="right" w:pos="8498"/>
        </w:tabs>
        <w:spacing w:after="0" w:line="240" w:lineRule="auto"/>
        <w:jc w:val="both"/>
        <w:rPr>
          <w:rFonts w:ascii="Arial" w:eastAsia="Times New Roman" w:hAnsi="Arial" w:cs="Arial"/>
          <w:lang w:val="es-ES" w:eastAsia="es-ES"/>
        </w:rPr>
      </w:pPr>
      <w:r w:rsidRPr="005B32EE">
        <w:rPr>
          <w:rFonts w:ascii="Arial" w:eastAsia="Times New Roman" w:hAnsi="Arial" w:cs="Arial"/>
          <w:b/>
          <w:lang w:val="es-ES" w:eastAsia="es-ES"/>
        </w:rPr>
        <w:t>Artículo 8. Refinanciamiento o reestructuración</w:t>
      </w:r>
    </w:p>
    <w:p w14:paraId="6DEF663F" w14:textId="77777777" w:rsidR="005B32EE" w:rsidRPr="005B32EE" w:rsidRDefault="005B32EE" w:rsidP="005B32EE">
      <w:pPr>
        <w:tabs>
          <w:tab w:val="right" w:pos="8498"/>
        </w:tabs>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 xml:space="preserve">Los municipios del Estado de Yucatán, a través de funcionarios legalmente facultados, en su caso, podrán refinanciar o reestructurar la deuda que derive de los financiamientos que se contraten con base en este decreto, sin que para ello se requiera de una nueva autorización, siempre que se cumplan los requisitos que establece el </w:t>
      </w:r>
      <w:r w:rsidRPr="005B32EE">
        <w:rPr>
          <w:rFonts w:ascii="Arial" w:eastAsia="Times New Roman" w:hAnsi="Arial" w:cs="Arial"/>
          <w:lang w:val="es-ES_tradnl" w:eastAsia="es-ES"/>
        </w:rPr>
        <w:t>artículo 23 de la Ley de Disciplina Financiera para las Entidades Federativas y sus Municipios.</w:t>
      </w:r>
    </w:p>
    <w:p w14:paraId="143271C1"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p>
    <w:p w14:paraId="6E42BE1F" w14:textId="77777777" w:rsidR="005B32EE" w:rsidRPr="005B32EE" w:rsidRDefault="005B32EE" w:rsidP="005B32EE">
      <w:pPr>
        <w:tabs>
          <w:tab w:val="right" w:pos="8498"/>
        </w:tabs>
        <w:spacing w:after="0" w:line="240" w:lineRule="auto"/>
        <w:jc w:val="both"/>
        <w:rPr>
          <w:rFonts w:ascii="Arial" w:eastAsia="Times New Roman" w:hAnsi="Arial" w:cs="Arial"/>
          <w:lang w:val="es-ES" w:eastAsia="es-ES"/>
        </w:rPr>
      </w:pPr>
      <w:r w:rsidRPr="005B32EE">
        <w:rPr>
          <w:rFonts w:ascii="Arial" w:eastAsia="Times New Roman" w:hAnsi="Arial" w:cs="Arial"/>
          <w:b/>
          <w:lang w:val="es-ES" w:eastAsia="es-ES"/>
        </w:rPr>
        <w:t>Artículo 9. Afectación de aportaciones</w:t>
      </w:r>
    </w:p>
    <w:p w14:paraId="11849045"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Se autoriza a los municipios del Estado de Yucatán, a través de funcionarios legalmente facultados, para que individualmente afecten hasta el 25% del derecho a recibir y los ingresos que anual e individualmente les correspondan del FAISM, como fuente de pago de todas y cada una de las obligaciones que se contraigan con motivo de la autorización a que se refiere este decreto, incluidos el pago de capital, intereses, comisiones, accesorios y cualquier otro concepto asociado al financiamiento, así como de aquellos que en su caso los reemplacen, sustituyan o complementen.</w:t>
      </w:r>
    </w:p>
    <w:p w14:paraId="259F54D9" w14:textId="77777777" w:rsidR="005B32EE" w:rsidRPr="005B32EE" w:rsidRDefault="005B32EE" w:rsidP="005B32EE">
      <w:pPr>
        <w:spacing w:after="0" w:line="240" w:lineRule="auto"/>
        <w:jc w:val="both"/>
        <w:rPr>
          <w:rFonts w:ascii="Arial" w:eastAsia="Times New Roman" w:hAnsi="Arial" w:cs="Arial"/>
          <w:lang w:val="es-ES" w:eastAsia="es-ES"/>
        </w:rPr>
      </w:pPr>
    </w:p>
    <w:p w14:paraId="6C86E1FF"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Dicha afectación deberá hacerse con apego a lo establecido en la Ley de Deuda Pública del Estado de Yucatán, la Ley de Coordinación Fiscal y la demás legislación y normativa aplicable.</w:t>
      </w:r>
    </w:p>
    <w:p w14:paraId="0D98D353" w14:textId="77777777" w:rsidR="005B32EE" w:rsidRPr="005B32EE" w:rsidRDefault="005B32EE" w:rsidP="005B32EE">
      <w:pPr>
        <w:spacing w:after="0" w:line="240" w:lineRule="auto"/>
        <w:jc w:val="both"/>
        <w:rPr>
          <w:rFonts w:ascii="Arial" w:eastAsia="Times New Roman" w:hAnsi="Arial" w:cs="Arial"/>
          <w:lang w:val="es-ES" w:eastAsia="es-ES"/>
        </w:rPr>
      </w:pPr>
    </w:p>
    <w:p w14:paraId="3AEFC8FB" w14:textId="77777777" w:rsidR="005B32EE" w:rsidRPr="00825B6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Los municipios del Estado de Yucatán, a través de funcionarios legalmente facultados, podrán afectar hasta el 25% del derecho a recibir y los ingresos que anual e individualmente les correspondan del Fondo de Aportaciones para la Infraestructura Social Municipal y de las Demarcaciones Territoriales del Distrito Federal. Lo anterior</w:t>
      </w:r>
      <w:r w:rsidRPr="00825B6E">
        <w:rPr>
          <w:rFonts w:ascii="Arial" w:eastAsia="Times New Roman" w:hAnsi="Arial" w:cs="Arial"/>
          <w:lang w:val="es-ES" w:eastAsia="es-ES"/>
        </w:rPr>
        <w:t>, en el entendido que para determinar el monto de cada financiamiento, deberá considerarse que los recursos que anualmente podrá destinar cada Municipio del FAIS Municipal para el pago del servicio de su deuda, incluidos el pago de capital, comisiones, intereses y accesorios financieros, no podrán exceder del 25% (veinticinco por ciento) anual del derecho a recibir y los flujos de recursos que individualmente les correspondan por este concepto en el ejercicio fiscal que se encuentre transcurriendo, o bien, en el año en que el financiamiento de que se trate hubiere sido contratado, conforme al artículo 50 de la Ley de Coordinación Fiscal.</w:t>
      </w:r>
    </w:p>
    <w:p w14:paraId="1BFE1702"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p>
    <w:p w14:paraId="7DC568B0"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r w:rsidRPr="005B32EE">
        <w:rPr>
          <w:rFonts w:ascii="Arial" w:eastAsia="Times New Roman" w:hAnsi="Arial" w:cs="Arial"/>
          <w:bCs/>
          <w:lang w:val="es-MX" w:eastAsia="es-ES"/>
        </w:rPr>
        <w:t>La afectación de los derechos a recibir y los ingresos que anual e individualmente les correspondan del Fondo de Aportaciones para la Infraestructura Social Municipal y de las Demarcaciones Territoriales del Distrito Federal a que se refiere este artículo, podrá formalizarse mediante la constitución de uno o varios fideicomisos irrevocables de administración y fuente de pago, o bien, a través del contrato de mandato especial irrevocable para actos de dominio que corresponda al instrumento jurídico por el cual se formalice la contratación de financiamiento</w:t>
      </w:r>
      <w:r w:rsidRPr="005B32EE">
        <w:rPr>
          <w:rFonts w:ascii="Arial" w:eastAsia="Times New Roman" w:hAnsi="Arial" w:cs="Arial"/>
          <w:lang w:val="es-ES" w:eastAsia="es-ES"/>
        </w:rPr>
        <w:t>.</w:t>
      </w:r>
    </w:p>
    <w:p w14:paraId="194E1449"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p>
    <w:p w14:paraId="636D012B"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En todo caso, el fideicomiso constituido o modificado al amparo de la presente autorización no será considerado entidad paraestatal, por lo que no constituirá parte de la Administración Pública paraestatal. Lo anterior, conforme a lo establecido en el artículo 7, fracción VI, de la Ley de Deuda Pública del Estado de Yucatán.</w:t>
      </w:r>
    </w:p>
    <w:p w14:paraId="67D2C7DA"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p>
    <w:p w14:paraId="1C49F25B"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r w:rsidRPr="005B32EE">
        <w:rPr>
          <w:rFonts w:ascii="Arial" w:eastAsia="Times New Roman" w:hAnsi="Arial" w:cs="Arial"/>
          <w:b/>
          <w:lang w:val="es-ES" w:eastAsia="es-ES"/>
        </w:rPr>
        <w:lastRenderedPageBreak/>
        <w:t>Artículo 10. Fideicomiso</w:t>
      </w:r>
    </w:p>
    <w:p w14:paraId="5BE33FB5"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r w:rsidRPr="005B32EE">
        <w:rPr>
          <w:rFonts w:ascii="Arial" w:eastAsia="Times New Roman" w:hAnsi="Arial" w:cs="Arial"/>
          <w:lang w:val="es-ES_tradnl" w:eastAsia="es-ES"/>
        </w:rPr>
        <w:t>Se autoriza al Poder Ejecutivo del Estado de Yucatán</w:t>
      </w:r>
      <w:r w:rsidRPr="005B32EE">
        <w:rPr>
          <w:rFonts w:ascii="Arial" w:eastAsia="Times New Roman" w:hAnsi="Arial" w:cs="Arial"/>
          <w:lang w:val="es-ES" w:eastAsia="es-ES"/>
        </w:rPr>
        <w:t xml:space="preserve"> </w:t>
      </w:r>
      <w:r w:rsidRPr="005B32EE">
        <w:rPr>
          <w:rFonts w:ascii="Arial" w:eastAsia="Times New Roman" w:hAnsi="Arial" w:cs="Arial"/>
          <w:lang w:val="es-ES_tradnl" w:eastAsia="es-ES"/>
        </w:rPr>
        <w:t xml:space="preserve">para que, por conducto </w:t>
      </w:r>
      <w:r w:rsidRPr="005B32EE">
        <w:rPr>
          <w:rFonts w:ascii="Arial" w:eastAsia="Times New Roman" w:hAnsi="Arial" w:cs="Arial"/>
          <w:lang w:val="fr-FR" w:eastAsia="es-ES"/>
        </w:rPr>
        <w:t xml:space="preserve">de la </w:t>
      </w:r>
      <w:r w:rsidRPr="005B32EE">
        <w:rPr>
          <w:rFonts w:ascii="Arial" w:eastAsia="Times New Roman" w:hAnsi="Arial" w:cs="Arial"/>
          <w:lang w:val="es-ES" w:eastAsia="es-ES"/>
        </w:rPr>
        <w:t>Secretaría de Administración y Finanzas</w:t>
      </w:r>
      <w:r w:rsidRPr="005B32EE">
        <w:rPr>
          <w:rFonts w:ascii="Arial" w:eastAsia="Times New Roman" w:hAnsi="Arial" w:cs="Arial"/>
          <w:lang w:val="es-ES_tradnl" w:eastAsia="es-ES"/>
        </w:rPr>
        <w:t xml:space="preserve">, celebre los instrumentos o actos jurídicos que se requieran para constituir o modificar un fideicomiso irrevocable de administración y fuente de pago, para formalizar el </w:t>
      </w:r>
      <w:r w:rsidRPr="005B32EE">
        <w:rPr>
          <w:rFonts w:ascii="Arial" w:eastAsia="Times New Roman" w:hAnsi="Arial" w:cs="Arial"/>
          <w:lang w:val="pt-PT" w:eastAsia="es-ES"/>
        </w:rPr>
        <w:t>mecanismo de pago</w:t>
      </w:r>
      <w:r w:rsidRPr="005B32EE">
        <w:rPr>
          <w:rFonts w:ascii="Arial" w:eastAsia="Times New Roman" w:hAnsi="Arial" w:cs="Arial"/>
          <w:lang w:val="es-ES_tradnl" w:eastAsia="es-ES"/>
        </w:rPr>
        <w:t xml:space="preserve"> de los financiamientos que se contraten con base </w:t>
      </w:r>
      <w:r w:rsidRPr="005B32EE">
        <w:rPr>
          <w:rFonts w:ascii="Arial" w:eastAsia="Times New Roman" w:hAnsi="Arial" w:cs="Arial"/>
          <w:lang w:val="es-ES" w:eastAsia="es-ES"/>
        </w:rPr>
        <w:t>en este decreto.</w:t>
      </w:r>
    </w:p>
    <w:p w14:paraId="380FFADD"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p>
    <w:p w14:paraId="5817D0A4"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El fideicomiso constituido o que constituya el Poder Ejecutivo del Estado de Yucatán únicamente podrá modificarse o extinguirse con el consentimiento previo y por escrito de los fideicomisarios en primer lugar y tendrá el carácter de irrevocable en tanto exista lo siguiente:</w:t>
      </w:r>
    </w:p>
    <w:p w14:paraId="24AC140C" w14:textId="77777777" w:rsidR="005B32EE" w:rsidRPr="005B32EE" w:rsidRDefault="005B32EE" w:rsidP="005B32EE">
      <w:pPr>
        <w:tabs>
          <w:tab w:val="left" w:pos="8460"/>
        </w:tabs>
        <w:spacing w:after="0" w:line="240" w:lineRule="auto"/>
        <w:ind w:firstLine="709"/>
        <w:jc w:val="both"/>
        <w:rPr>
          <w:rFonts w:ascii="Arial" w:eastAsia="Times New Roman" w:hAnsi="Arial" w:cs="Arial"/>
          <w:lang w:val="es-ES" w:eastAsia="es-ES"/>
        </w:rPr>
      </w:pPr>
    </w:p>
    <w:p w14:paraId="7889DC7C" w14:textId="77777777" w:rsidR="005B32EE" w:rsidRPr="005B32EE" w:rsidRDefault="005B32EE" w:rsidP="005B32EE">
      <w:pPr>
        <w:tabs>
          <w:tab w:val="left" w:pos="8460"/>
        </w:tabs>
        <w:spacing w:after="0" w:line="240" w:lineRule="auto"/>
        <w:ind w:firstLine="709"/>
        <w:jc w:val="both"/>
        <w:rPr>
          <w:rFonts w:ascii="Arial" w:eastAsia="Times New Roman" w:hAnsi="Arial" w:cs="Arial"/>
          <w:lang w:val="es-ES" w:eastAsia="es-ES"/>
        </w:rPr>
      </w:pPr>
      <w:r w:rsidRPr="005B32EE">
        <w:rPr>
          <w:rFonts w:ascii="Arial" w:eastAsia="Times New Roman" w:hAnsi="Arial" w:cs="Arial"/>
          <w:lang w:val="es-ES" w:eastAsia="es-ES"/>
        </w:rPr>
        <w:t>I. Obligaciones de pago a cargo de cualquiera de los municipios del Estado de Yucatán, por financiamientos contratados con fuente de pago con cargo al Fondo de Aportaciones para la Infraestructura Social municipal.</w:t>
      </w:r>
    </w:p>
    <w:p w14:paraId="5BDC6FDD" w14:textId="77777777" w:rsidR="005B32EE" w:rsidRPr="005B32EE" w:rsidRDefault="005B32EE" w:rsidP="005B32EE">
      <w:pPr>
        <w:tabs>
          <w:tab w:val="left" w:pos="8460"/>
        </w:tabs>
        <w:spacing w:after="0" w:line="240" w:lineRule="auto"/>
        <w:ind w:firstLine="709"/>
        <w:jc w:val="both"/>
        <w:rPr>
          <w:rFonts w:ascii="Arial" w:eastAsia="Times New Roman" w:hAnsi="Arial" w:cs="Arial"/>
          <w:lang w:val="es-ES" w:eastAsia="es-ES"/>
        </w:rPr>
      </w:pPr>
    </w:p>
    <w:p w14:paraId="32BC6400" w14:textId="77777777" w:rsidR="005B32EE" w:rsidRPr="005B32EE" w:rsidRDefault="005B32EE" w:rsidP="005B32EE">
      <w:pPr>
        <w:tabs>
          <w:tab w:val="left" w:pos="8460"/>
        </w:tabs>
        <w:spacing w:after="0" w:line="240" w:lineRule="auto"/>
        <w:ind w:firstLine="709"/>
        <w:jc w:val="both"/>
        <w:rPr>
          <w:rFonts w:ascii="Arial" w:eastAsia="Times New Roman" w:hAnsi="Arial" w:cs="Arial"/>
          <w:lang w:val="es-ES" w:eastAsia="es-ES"/>
        </w:rPr>
      </w:pPr>
      <w:r w:rsidRPr="005B32EE">
        <w:rPr>
          <w:rFonts w:ascii="Arial" w:eastAsia="Times New Roman" w:hAnsi="Arial" w:cs="Arial"/>
          <w:lang w:val="es-ES" w:eastAsia="es-ES"/>
        </w:rPr>
        <w:t>II. Instituciones de crédito o integrantes del Sistema Financiero Mexicano acreedores inscritos con el carácter de fideicomisarios en primer lugar.</w:t>
      </w:r>
    </w:p>
    <w:p w14:paraId="0055315D"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p>
    <w:p w14:paraId="5F537CB3"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La afectación de los recursos del Fondo de Aportaciones para la Infraestructura Social en el fideicomiso constituido o modificado por el Poder Ejecutivo del Estado de Yucatán cesará previa conformidad por escrito del o los fideicomisarios en primer lugar, una vez que se encuentren liquidadas en su totalidad las obligaciones de pago a cargo de los municipios del Estado de Yucatán, sin detrimento de que el fideicomiso pueda seguir funcionando u operando como mecanismo de captación y administración de los recursos que deriven del Fondo de Aportaciones para la Infraestructura Social.</w:t>
      </w:r>
    </w:p>
    <w:p w14:paraId="20E3B68C" w14:textId="77777777" w:rsidR="005B32EE" w:rsidRPr="005B32EE" w:rsidRDefault="005B32EE" w:rsidP="005B32EE">
      <w:pPr>
        <w:tabs>
          <w:tab w:val="left" w:pos="8460"/>
        </w:tabs>
        <w:spacing w:after="0" w:line="240" w:lineRule="auto"/>
        <w:jc w:val="both"/>
        <w:rPr>
          <w:rFonts w:ascii="Arial" w:eastAsia="Times New Roman" w:hAnsi="Arial" w:cs="Arial"/>
          <w:lang w:val="es-ES_tradnl" w:eastAsia="es-ES"/>
        </w:rPr>
      </w:pPr>
    </w:p>
    <w:p w14:paraId="5ADEE0B7" w14:textId="77777777" w:rsidR="005B32EE" w:rsidRPr="005B32EE" w:rsidRDefault="005B32EE" w:rsidP="005B32EE">
      <w:pPr>
        <w:tabs>
          <w:tab w:val="left" w:pos="8460"/>
        </w:tabs>
        <w:spacing w:after="0" w:line="240" w:lineRule="auto"/>
        <w:jc w:val="both"/>
        <w:rPr>
          <w:rFonts w:ascii="Arial" w:eastAsia="Times New Roman" w:hAnsi="Arial" w:cs="Arial"/>
          <w:lang w:val="es-ES_tradnl" w:eastAsia="es-ES"/>
        </w:rPr>
      </w:pPr>
      <w:r w:rsidRPr="005B32EE">
        <w:rPr>
          <w:rFonts w:ascii="Arial" w:eastAsia="Times New Roman" w:hAnsi="Arial" w:cs="Arial"/>
          <w:lang w:val="es-ES_tradnl" w:eastAsia="es-ES"/>
        </w:rPr>
        <w:t xml:space="preserve">Se autoriza </w:t>
      </w:r>
      <w:r w:rsidRPr="005B32EE">
        <w:rPr>
          <w:rFonts w:ascii="Arial" w:eastAsia="Times New Roman" w:hAnsi="Arial" w:cs="Arial"/>
          <w:lang w:val="es-ES" w:eastAsia="es-ES"/>
        </w:rPr>
        <w:t xml:space="preserve">a los municipios del Estado de Yucatán para que, </w:t>
      </w:r>
      <w:r w:rsidRPr="005B32EE">
        <w:rPr>
          <w:rFonts w:ascii="Arial" w:eastAsia="Times New Roman" w:hAnsi="Arial" w:cs="Arial"/>
          <w:lang w:val="es-ES_tradnl" w:eastAsia="es-ES"/>
        </w:rPr>
        <w:t xml:space="preserve">a través de funcionarios legalmente facultados y </w:t>
      </w:r>
      <w:r w:rsidRPr="005B32EE">
        <w:rPr>
          <w:rFonts w:ascii="Arial" w:eastAsia="Times New Roman" w:hAnsi="Arial" w:cs="Arial"/>
          <w:lang w:val="es-ES" w:eastAsia="es-ES"/>
        </w:rPr>
        <w:t>previa autorización de sus respectivos cabildos</w:t>
      </w:r>
      <w:r w:rsidRPr="005B32EE">
        <w:rPr>
          <w:rFonts w:ascii="Arial" w:eastAsia="Times New Roman" w:hAnsi="Arial" w:cs="Arial"/>
          <w:lang w:val="es-ES_tradnl" w:eastAsia="es-ES"/>
        </w:rPr>
        <w:t xml:space="preserve">, celebren, en lo individual, los convenios que se requieran para adherirse al fideicomiso irrevocable de administración y fuente de pago, que en su caso constituya o modifique el Poder Ejecutivo del Estado de Yucatán para instrumentar el mecanismo de pago de los financiamientos que cada uno de ellos contrate </w:t>
      </w:r>
      <w:r w:rsidRPr="005B32EE">
        <w:rPr>
          <w:rFonts w:ascii="Arial" w:eastAsia="Times New Roman" w:hAnsi="Arial" w:cs="Arial"/>
          <w:lang w:val="es-ES" w:eastAsia="es-ES"/>
        </w:rPr>
        <w:t>con base en la presente autorización.</w:t>
      </w:r>
    </w:p>
    <w:p w14:paraId="335FADBD"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p>
    <w:p w14:paraId="7898FCA8"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r w:rsidRPr="005B32EE">
        <w:rPr>
          <w:rFonts w:ascii="Arial" w:eastAsia="Times New Roman" w:hAnsi="Arial" w:cs="Arial"/>
          <w:b/>
          <w:lang w:val="es-ES" w:eastAsia="es-ES"/>
        </w:rPr>
        <w:t>Artículo 11. Notificación a la Secretaría de Hacienda y Crédito Público</w:t>
      </w:r>
    </w:p>
    <w:p w14:paraId="2021A06F"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Se autoriza al Poder Ejecutivo del Gobierno del Estado de Yucatán, para que, por conducto de la Secretaría de Administración y Finanzas, notifique, solicite e instruya irrevocablemente a la Secretaría de Hacienda y Crédito Público, a través de las unidades administrativas facultadas, a fin de que los recursos que procedan de las aportaciones del FAIS Municipal que les correspondan a los Municipios, se abonen a la o las cuentas del Fideicomiso que le indique la institución fiduciaria que lo administre.</w:t>
      </w:r>
    </w:p>
    <w:p w14:paraId="45148F47" w14:textId="77777777" w:rsidR="005B32EE" w:rsidRPr="005B32EE" w:rsidRDefault="005B32EE" w:rsidP="005B32EE">
      <w:pPr>
        <w:spacing w:after="0" w:line="240" w:lineRule="auto"/>
        <w:jc w:val="both"/>
        <w:rPr>
          <w:rFonts w:ascii="Arial" w:eastAsia="Times New Roman" w:hAnsi="Arial" w:cs="Arial"/>
          <w:lang w:val="es-ES" w:eastAsia="es-ES"/>
        </w:rPr>
      </w:pPr>
    </w:p>
    <w:p w14:paraId="40C95F2D"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Se autoriza al Estado de Yucatán y a los Municipios para que modifiquen cualquier instrucción irrevocable que, en su caso, hubieren emitido con anterioridad a la entrada en vigor del presente Decreto, siempre que no se afecten derechos de terceros, para que los recursos que procedan de las aportaciones del FAIS Municipal que le correspondan a los Municipios, ingresen de manera irrevocable al fideicomiso, con objeto de que la institución fiduciaria que lo administre cuente con los recursos necesarios para el pago de los créditos que se formalicen con base en la presente autorización.</w:t>
      </w:r>
    </w:p>
    <w:p w14:paraId="085506A9" w14:textId="77777777" w:rsidR="005B32EE" w:rsidRPr="005B32EE" w:rsidRDefault="005B32EE" w:rsidP="005B32EE">
      <w:pPr>
        <w:tabs>
          <w:tab w:val="right" w:pos="8498"/>
        </w:tabs>
        <w:spacing w:after="0" w:line="240" w:lineRule="auto"/>
        <w:jc w:val="both"/>
        <w:rPr>
          <w:rFonts w:ascii="Arial" w:eastAsia="Times New Roman" w:hAnsi="Arial" w:cs="Arial"/>
          <w:b/>
          <w:lang w:val="es-ES" w:eastAsia="es-ES"/>
        </w:rPr>
      </w:pPr>
    </w:p>
    <w:p w14:paraId="40ED358B" w14:textId="77777777" w:rsidR="005B32EE" w:rsidRPr="005B32EE" w:rsidRDefault="005B32EE" w:rsidP="005B32EE">
      <w:pPr>
        <w:tabs>
          <w:tab w:val="right" w:pos="8498"/>
        </w:tabs>
        <w:spacing w:after="0" w:line="240" w:lineRule="auto"/>
        <w:jc w:val="both"/>
        <w:rPr>
          <w:rFonts w:ascii="Arial" w:eastAsia="Times New Roman" w:hAnsi="Arial" w:cs="Arial"/>
          <w:lang w:val="es-ES" w:eastAsia="es-ES"/>
        </w:rPr>
      </w:pPr>
      <w:r w:rsidRPr="005B32EE">
        <w:rPr>
          <w:rFonts w:ascii="Arial" w:eastAsia="Times New Roman" w:hAnsi="Arial" w:cs="Arial"/>
          <w:b/>
          <w:lang w:val="es-ES" w:eastAsia="es-ES"/>
        </w:rPr>
        <w:t>Artículo 12. Previsiones en las leyes de ingresos</w:t>
      </w:r>
    </w:p>
    <w:p w14:paraId="672BFF84"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lang w:val="es-MX" w:eastAsia="es-ES"/>
        </w:rPr>
        <w:t>El importe del o los financiamientos que individualmente contrate cada municipio en el ejercicio fiscal 2026 o 2027, con base en la autorización prevista en este decreto, será considerado ingreso por financiamiento o deuda pública en el ejercicio fiscal que corresponda, y se entenderá incorporado en la ley de ingresos del Municipio de que se trate, para el ejercicio fiscal 2026 o 2027, en consecuencia, dicha ley se tendrá por modificada, según corresponda</w:t>
      </w:r>
      <w:r w:rsidRPr="005B32EE">
        <w:rPr>
          <w:rFonts w:ascii="Arial" w:eastAsia="Times New Roman" w:hAnsi="Arial" w:cs="Arial"/>
          <w:lang w:val="es-ES" w:eastAsia="es-ES"/>
        </w:rPr>
        <w:t>.</w:t>
      </w:r>
    </w:p>
    <w:p w14:paraId="1DF66BFB" w14:textId="77777777" w:rsidR="005B32EE" w:rsidRPr="005B32EE" w:rsidRDefault="005B32EE" w:rsidP="005B32EE">
      <w:pPr>
        <w:spacing w:after="0" w:line="240" w:lineRule="auto"/>
        <w:jc w:val="both"/>
        <w:rPr>
          <w:rFonts w:ascii="Arial" w:eastAsia="Times New Roman" w:hAnsi="Arial" w:cs="Arial"/>
          <w:b/>
          <w:lang w:val="es-ES" w:eastAsia="es-ES"/>
        </w:rPr>
      </w:pPr>
    </w:p>
    <w:p w14:paraId="11994DC9" w14:textId="77777777" w:rsidR="005B32EE" w:rsidRPr="005B32EE" w:rsidRDefault="005B32EE" w:rsidP="005B32EE">
      <w:pPr>
        <w:spacing w:after="0" w:line="240" w:lineRule="auto"/>
        <w:jc w:val="both"/>
        <w:rPr>
          <w:rFonts w:ascii="Arial" w:eastAsia="Times New Roman" w:hAnsi="Arial" w:cs="Arial"/>
          <w:lang w:val="es-ES" w:eastAsia="es-ES"/>
        </w:rPr>
      </w:pPr>
      <w:r w:rsidRPr="005B32EE">
        <w:rPr>
          <w:rFonts w:ascii="Arial" w:eastAsia="Times New Roman" w:hAnsi="Arial" w:cs="Arial"/>
          <w:b/>
          <w:lang w:val="es-ES" w:eastAsia="es-ES"/>
        </w:rPr>
        <w:t>Artículo 13.</w:t>
      </w:r>
      <w:r w:rsidRPr="005B32EE">
        <w:rPr>
          <w:rFonts w:ascii="Arial" w:eastAsia="Times New Roman" w:hAnsi="Arial" w:cs="Arial"/>
          <w:lang w:val="es-ES" w:eastAsia="es-ES"/>
        </w:rPr>
        <w:t xml:space="preserve"> </w:t>
      </w:r>
      <w:r w:rsidRPr="005B32EE">
        <w:rPr>
          <w:rFonts w:ascii="Arial" w:eastAsia="Times New Roman" w:hAnsi="Arial" w:cs="Arial"/>
          <w:b/>
          <w:lang w:val="es-ES" w:eastAsia="es-ES"/>
        </w:rPr>
        <w:t>Previsiones presupuestarias</w:t>
      </w:r>
    </w:p>
    <w:p w14:paraId="4149C414"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Los municipios del Estado de Yucatán deberán ajustar o modificar su presupuesto de egresos del ejercicio fiscal 2026, para considerar el importe que permita realizar las erogaciones para el pago del servicio de la deuda a su respectivo cargo, que derive del o los créditos contratados, e informarán del ingreso y su aplicación al rendir la cuenta pública.</w:t>
      </w:r>
    </w:p>
    <w:p w14:paraId="45F4059D"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p>
    <w:p w14:paraId="3D88236A" w14:textId="77777777" w:rsidR="005B32EE" w:rsidRPr="005B32EE" w:rsidRDefault="005B32EE" w:rsidP="005B32EE">
      <w:pPr>
        <w:tabs>
          <w:tab w:val="left" w:pos="8460"/>
        </w:tabs>
        <w:spacing w:after="0" w:line="240" w:lineRule="auto"/>
        <w:jc w:val="both"/>
        <w:rPr>
          <w:rFonts w:ascii="Arial" w:eastAsia="Times New Roman" w:hAnsi="Arial" w:cs="Arial"/>
          <w:lang w:val="es-ES" w:eastAsia="es-ES"/>
        </w:rPr>
      </w:pPr>
      <w:r w:rsidRPr="005B32EE">
        <w:rPr>
          <w:rFonts w:ascii="Arial" w:eastAsia="Times New Roman" w:hAnsi="Arial" w:cs="Arial"/>
          <w:lang w:val="es-ES" w:eastAsia="es-ES"/>
        </w:rPr>
        <w:t>Tratándose del ejercicio fiscal 2027, los municipios deberán incluir anualmente en sus respectivos presupuestos de egresos de cada ejercicio fiscal, en tanto existan obligaciones pendientes de pago asociadas a los financiamientos que se formalicen con base en esta autorización, el monto para el pago del servicio de la deuda a su cargo y sus accesorios, en los términos contratados, hasta su total liquidación.</w:t>
      </w:r>
    </w:p>
    <w:p w14:paraId="2AC36902" w14:textId="77777777" w:rsidR="005B32EE" w:rsidRPr="00825B6E" w:rsidRDefault="005B32EE" w:rsidP="00825B6E">
      <w:pPr>
        <w:tabs>
          <w:tab w:val="left" w:pos="8460"/>
        </w:tabs>
        <w:spacing w:after="0" w:line="240" w:lineRule="auto"/>
        <w:jc w:val="both"/>
        <w:rPr>
          <w:rFonts w:ascii="Arial" w:eastAsia="Times New Roman" w:hAnsi="Arial" w:cs="Arial"/>
          <w:lang w:val="es-ES" w:eastAsia="es-ES"/>
        </w:rPr>
      </w:pPr>
    </w:p>
    <w:p w14:paraId="22119792" w14:textId="5B019904" w:rsidR="0012753A" w:rsidRPr="00825B6E" w:rsidRDefault="0012753A" w:rsidP="00825B6E">
      <w:pPr>
        <w:spacing w:after="0" w:line="240" w:lineRule="auto"/>
        <w:jc w:val="center"/>
        <w:rPr>
          <w:rFonts w:ascii="Arial" w:hAnsi="Arial" w:cs="Arial"/>
          <w:b/>
          <w:bCs/>
          <w:lang w:val="es-MX"/>
        </w:rPr>
      </w:pPr>
    </w:p>
    <w:p w14:paraId="40F7CE69" w14:textId="387D3778" w:rsidR="000D729C" w:rsidRPr="00825B6E" w:rsidRDefault="000D729C" w:rsidP="00825B6E">
      <w:pPr>
        <w:spacing w:after="0" w:line="240" w:lineRule="auto"/>
        <w:jc w:val="center"/>
        <w:rPr>
          <w:rFonts w:ascii="Arial" w:hAnsi="Arial" w:cs="Arial"/>
          <w:b/>
          <w:bCs/>
          <w:lang w:val="es-MX"/>
        </w:rPr>
      </w:pPr>
      <w:r w:rsidRPr="00825B6E">
        <w:rPr>
          <w:rFonts w:ascii="Arial" w:hAnsi="Arial" w:cs="Arial"/>
          <w:b/>
          <w:bCs/>
          <w:lang w:val="es-MX"/>
        </w:rPr>
        <w:t xml:space="preserve">T </w:t>
      </w:r>
      <w:r w:rsidR="00E97094" w:rsidRPr="00825B6E">
        <w:rPr>
          <w:rFonts w:ascii="Arial" w:hAnsi="Arial" w:cs="Arial"/>
          <w:b/>
          <w:bCs/>
          <w:lang w:val="es-MX"/>
        </w:rPr>
        <w:t>r a n s i t o r i o</w:t>
      </w:r>
    </w:p>
    <w:p w14:paraId="7DB67353" w14:textId="1F8C57E8" w:rsidR="000D729C" w:rsidRPr="00825B6E" w:rsidRDefault="000D729C" w:rsidP="00825B6E">
      <w:pPr>
        <w:spacing w:after="0" w:line="240" w:lineRule="auto"/>
        <w:rPr>
          <w:rFonts w:ascii="Arial" w:hAnsi="Arial" w:cs="Arial"/>
          <w:b/>
          <w:bCs/>
          <w:lang w:val="es-MX"/>
        </w:rPr>
      </w:pPr>
    </w:p>
    <w:p w14:paraId="5B73278B" w14:textId="759E31B9" w:rsidR="000D729C" w:rsidRPr="00825B6E" w:rsidRDefault="000D729C" w:rsidP="00825B6E">
      <w:pPr>
        <w:spacing w:after="0" w:line="240" w:lineRule="auto"/>
        <w:rPr>
          <w:rFonts w:ascii="Arial" w:hAnsi="Arial" w:cs="Arial"/>
          <w:b/>
          <w:bCs/>
          <w:lang w:val="es-MX"/>
        </w:rPr>
      </w:pPr>
      <w:r w:rsidRPr="00825B6E">
        <w:rPr>
          <w:rFonts w:ascii="Arial" w:hAnsi="Arial" w:cs="Arial"/>
          <w:b/>
          <w:bCs/>
          <w:lang w:val="es-MX"/>
        </w:rPr>
        <w:t>Entrada en vigor</w:t>
      </w:r>
    </w:p>
    <w:p w14:paraId="6BC0EB04" w14:textId="1F69C5D1" w:rsidR="000D729C" w:rsidRPr="00825B6E" w:rsidRDefault="000D729C" w:rsidP="00825B6E">
      <w:pPr>
        <w:spacing w:after="0" w:line="240" w:lineRule="auto"/>
        <w:jc w:val="both"/>
        <w:rPr>
          <w:rFonts w:ascii="Arial" w:hAnsi="Arial" w:cs="Arial"/>
          <w:lang w:val="es-MX"/>
        </w:rPr>
      </w:pPr>
      <w:r w:rsidRPr="00825B6E">
        <w:rPr>
          <w:rFonts w:ascii="Arial" w:hAnsi="Arial" w:cs="Arial"/>
          <w:b/>
          <w:bCs/>
          <w:lang w:val="es-MX"/>
        </w:rPr>
        <w:t xml:space="preserve">Artículo </w:t>
      </w:r>
      <w:r w:rsidR="00825B6E">
        <w:rPr>
          <w:rFonts w:ascii="Arial" w:hAnsi="Arial" w:cs="Arial"/>
          <w:b/>
          <w:bCs/>
          <w:lang w:val="es-MX"/>
        </w:rPr>
        <w:t>único</w:t>
      </w:r>
      <w:r w:rsidRPr="00825B6E">
        <w:rPr>
          <w:rFonts w:ascii="Arial" w:hAnsi="Arial" w:cs="Arial"/>
          <w:b/>
          <w:bCs/>
          <w:lang w:val="es-MX"/>
        </w:rPr>
        <w:t>.</w:t>
      </w:r>
      <w:r w:rsidRPr="00825B6E">
        <w:rPr>
          <w:rFonts w:ascii="Arial" w:hAnsi="Arial" w:cs="Arial"/>
          <w:lang w:val="es-MX"/>
        </w:rPr>
        <w:t xml:space="preserve"> </w:t>
      </w:r>
      <w:r w:rsidR="00FA00BE" w:rsidRPr="00825B6E">
        <w:rPr>
          <w:rFonts w:ascii="Arial" w:hAnsi="Arial" w:cs="Arial"/>
          <w:lang w:val="es-MX"/>
        </w:rPr>
        <w:t xml:space="preserve">El presente Decreto entrará en vigor, al día siguiente al de su publicación en el </w:t>
      </w:r>
      <w:r w:rsidR="00825B6E">
        <w:rPr>
          <w:rFonts w:ascii="Arial" w:hAnsi="Arial" w:cs="Arial"/>
          <w:lang w:val="es-MX"/>
        </w:rPr>
        <w:t>Diario</w:t>
      </w:r>
      <w:r w:rsidR="00FA00BE" w:rsidRPr="00825B6E">
        <w:rPr>
          <w:rFonts w:ascii="Arial" w:hAnsi="Arial" w:cs="Arial"/>
          <w:lang w:val="es-MX"/>
        </w:rPr>
        <w:t xml:space="preserve"> Oficial del </w:t>
      </w:r>
      <w:r w:rsidR="00825B6E">
        <w:rPr>
          <w:rFonts w:ascii="Arial" w:hAnsi="Arial" w:cs="Arial"/>
          <w:lang w:val="es-MX"/>
        </w:rPr>
        <w:t xml:space="preserve">Gobierno del </w:t>
      </w:r>
      <w:r w:rsidR="00FA00BE" w:rsidRPr="00825B6E">
        <w:rPr>
          <w:rFonts w:ascii="Arial" w:hAnsi="Arial" w:cs="Arial"/>
          <w:lang w:val="es-MX"/>
        </w:rPr>
        <w:t>Estado Yucatán</w:t>
      </w:r>
      <w:r w:rsidR="00825B6E">
        <w:rPr>
          <w:rFonts w:ascii="Arial" w:hAnsi="Arial" w:cs="Arial"/>
          <w:lang w:val="es-MX"/>
        </w:rPr>
        <w:t>,</w:t>
      </w:r>
      <w:r w:rsidR="00FA00BE" w:rsidRPr="00825B6E">
        <w:rPr>
          <w:rFonts w:ascii="Arial" w:hAnsi="Arial" w:cs="Arial"/>
          <w:lang w:val="es-MX"/>
        </w:rPr>
        <w:t xml:space="preserve"> y estará vigente hasta el 31 de diciembre de 2026</w:t>
      </w:r>
      <w:r w:rsidRPr="00825B6E">
        <w:rPr>
          <w:rFonts w:ascii="Arial" w:hAnsi="Arial" w:cs="Arial"/>
          <w:lang w:val="es-MX"/>
        </w:rPr>
        <w:t>.</w:t>
      </w:r>
    </w:p>
    <w:p w14:paraId="20E56BD1" w14:textId="109580CE" w:rsidR="00E97094" w:rsidRPr="00825B6E" w:rsidRDefault="00E97094" w:rsidP="00E97094">
      <w:pPr>
        <w:spacing w:after="0" w:line="360" w:lineRule="auto"/>
        <w:jc w:val="both"/>
        <w:rPr>
          <w:rFonts w:ascii="Arial" w:hAnsi="Arial" w:cs="Arial"/>
          <w:lang w:val="es-MX"/>
        </w:rPr>
      </w:pPr>
    </w:p>
    <w:p w14:paraId="0E0EBD0A" w14:textId="0A23B0EA" w:rsidR="00E97094" w:rsidRPr="00825B6E" w:rsidRDefault="00E97094" w:rsidP="00E97094">
      <w:pPr>
        <w:spacing w:after="0" w:line="360" w:lineRule="auto"/>
        <w:jc w:val="center"/>
        <w:rPr>
          <w:rFonts w:ascii="Arial" w:hAnsi="Arial" w:cs="Arial"/>
          <w:b/>
          <w:bCs/>
          <w:lang w:val="es-MX"/>
        </w:rPr>
      </w:pPr>
      <w:r w:rsidRPr="00825B6E">
        <w:rPr>
          <w:rFonts w:ascii="Arial" w:hAnsi="Arial" w:cs="Arial"/>
          <w:b/>
          <w:bCs/>
          <w:lang w:val="es-MX"/>
        </w:rPr>
        <w:t>ATENTAMENTE</w:t>
      </w:r>
    </w:p>
    <w:p w14:paraId="75921A7E" w14:textId="44516F91" w:rsidR="00E97094" w:rsidRDefault="00E97094" w:rsidP="00E97094">
      <w:pPr>
        <w:spacing w:after="0" w:line="360" w:lineRule="auto"/>
        <w:jc w:val="center"/>
        <w:rPr>
          <w:rFonts w:ascii="Arial" w:hAnsi="Arial" w:cs="Arial"/>
          <w:b/>
          <w:bCs/>
          <w:lang w:val="es-MX"/>
        </w:rPr>
      </w:pPr>
    </w:p>
    <w:p w14:paraId="35162990" w14:textId="77777777" w:rsidR="0080138E" w:rsidRPr="00825B6E" w:rsidRDefault="0080138E" w:rsidP="00E97094">
      <w:pPr>
        <w:spacing w:after="0" w:line="360" w:lineRule="auto"/>
        <w:jc w:val="center"/>
        <w:rPr>
          <w:rFonts w:ascii="Arial" w:hAnsi="Arial" w:cs="Arial"/>
          <w:b/>
          <w:bCs/>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ED68E1" w14:paraId="1CA059F7" w14:textId="77777777" w:rsidTr="00403AC0">
        <w:trPr>
          <w:trHeight w:val="1654"/>
        </w:trPr>
        <w:tc>
          <w:tcPr>
            <w:tcW w:w="8630" w:type="dxa"/>
            <w:gridSpan w:val="2"/>
          </w:tcPr>
          <w:p w14:paraId="05AB8DFF" w14:textId="77777777" w:rsidR="00ED68E1" w:rsidRDefault="00ED68E1" w:rsidP="0080138E">
            <w:pPr>
              <w:jc w:val="center"/>
              <w:rPr>
                <w:rFonts w:ascii="Arial" w:hAnsi="Arial" w:cs="Arial"/>
                <w:b/>
                <w:bCs/>
                <w:lang w:val="es-MX"/>
              </w:rPr>
            </w:pPr>
            <w:r w:rsidRPr="00825B6E">
              <w:rPr>
                <w:rFonts w:ascii="Arial" w:eastAsia="Calibri" w:hAnsi="Arial" w:cs="Arial"/>
                <w:b/>
                <w:lang w:val="es-MX"/>
              </w:rPr>
              <w:t>DIP. WILMER MANUEL MONFORTE MARFIL</w:t>
            </w:r>
          </w:p>
          <w:p w14:paraId="21731926" w14:textId="75183443" w:rsidR="00ED68E1" w:rsidRPr="00825B6E" w:rsidRDefault="00ED68E1" w:rsidP="0080138E">
            <w:pPr>
              <w:ind w:left="-120"/>
              <w:jc w:val="center"/>
              <w:rPr>
                <w:rFonts w:ascii="Arial" w:hAnsi="Arial" w:cs="Arial"/>
                <w:b/>
                <w:bCs/>
                <w:lang w:val="es-MX"/>
              </w:rPr>
            </w:pPr>
            <w:r w:rsidRPr="00825B6E">
              <w:rPr>
                <w:rFonts w:ascii="Arial" w:hAnsi="Arial" w:cs="Arial"/>
                <w:b/>
                <w:noProof/>
                <w:lang w:eastAsia="es-MX"/>
              </w:rPr>
              <w:drawing>
                <wp:anchor distT="0" distB="0" distL="114300" distR="114300" simplePos="0" relativeHeight="251670528" behindDoc="0" locked="0" layoutInCell="1" allowOverlap="1" wp14:anchorId="1F74ACEF" wp14:editId="10519FA9">
                  <wp:simplePos x="0" y="0"/>
                  <wp:positionH relativeFrom="margin">
                    <wp:posOffset>4404995</wp:posOffset>
                  </wp:positionH>
                  <wp:positionV relativeFrom="topMargin">
                    <wp:posOffset>177165</wp:posOffset>
                  </wp:positionV>
                  <wp:extent cx="719455" cy="127635"/>
                  <wp:effectExtent l="0" t="0" r="4445" b="5715"/>
                  <wp:wrapNone/>
                  <wp:docPr id="138608021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1" t="36043" b="46238"/>
                          <a:stretch/>
                        </pic:blipFill>
                        <pic:spPr bwMode="auto">
                          <a:xfrm>
                            <a:off x="0" y="0"/>
                            <a:ext cx="719455" cy="127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5B6E">
              <w:rPr>
                <w:rFonts w:ascii="Arial" w:eastAsia="Calibri" w:hAnsi="Arial" w:cs="Arial"/>
                <w:b/>
                <w:lang w:val="es-MX"/>
              </w:rPr>
              <w:t xml:space="preserve">COORDINADOR DE LA FRACCIÓN LEGISLATIVA DE </w:t>
            </w:r>
          </w:p>
          <w:p w14:paraId="32450367" w14:textId="13DBDF74" w:rsidR="00ED68E1" w:rsidRDefault="00ED68E1" w:rsidP="00ED68E1">
            <w:pPr>
              <w:ind w:left="-29"/>
              <w:jc w:val="center"/>
              <w:rPr>
                <w:rFonts w:ascii="Arial" w:hAnsi="Arial" w:cs="Arial"/>
                <w:b/>
                <w:bCs/>
                <w:lang w:val="es-MX"/>
              </w:rPr>
            </w:pPr>
          </w:p>
        </w:tc>
      </w:tr>
      <w:tr w:rsidR="00ED68E1" w14:paraId="13314DBD" w14:textId="77777777" w:rsidTr="00A9502C">
        <w:trPr>
          <w:trHeight w:val="1654"/>
        </w:trPr>
        <w:tc>
          <w:tcPr>
            <w:tcW w:w="4315" w:type="dxa"/>
          </w:tcPr>
          <w:p w14:paraId="29114F55" w14:textId="77777777" w:rsidR="00ED68E1" w:rsidRPr="00825B6E" w:rsidRDefault="00ED68E1" w:rsidP="00ED68E1">
            <w:pPr>
              <w:jc w:val="center"/>
              <w:rPr>
                <w:rFonts w:ascii="Arial" w:eastAsia="Calibri" w:hAnsi="Arial" w:cs="Arial"/>
                <w:b/>
                <w:lang w:val="es-MX"/>
              </w:rPr>
            </w:pPr>
            <w:r w:rsidRPr="00825B6E">
              <w:rPr>
                <w:rFonts w:ascii="Arial" w:hAnsi="Arial" w:cs="Arial"/>
                <w:b/>
                <w:bCs/>
                <w:lang w:val="es-MX"/>
              </w:rPr>
              <w:t>DIP.</w:t>
            </w:r>
            <w:r>
              <w:rPr>
                <w:rFonts w:ascii="Arial" w:hAnsi="Arial" w:cs="Arial"/>
                <w:b/>
                <w:bCs/>
                <w:lang w:val="es-MX"/>
              </w:rPr>
              <w:t xml:space="preserve"> RAFAEL GERMÁN QUINTAL MEDINA</w:t>
            </w:r>
            <w:r w:rsidRPr="00825B6E">
              <w:rPr>
                <w:rFonts w:ascii="Arial" w:hAnsi="Arial" w:cs="Arial"/>
                <w:b/>
                <w:bCs/>
                <w:lang w:val="es-MX"/>
              </w:rPr>
              <w:t xml:space="preserve"> </w:t>
            </w:r>
          </w:p>
          <w:p w14:paraId="181D32F1" w14:textId="77777777" w:rsidR="00ED68E1" w:rsidRPr="00825B6E" w:rsidRDefault="00ED68E1" w:rsidP="00ED68E1">
            <w:pPr>
              <w:ind w:left="-29"/>
              <w:jc w:val="center"/>
              <w:rPr>
                <w:rFonts w:ascii="Arial" w:hAnsi="Arial" w:cs="Arial"/>
                <w:b/>
                <w:bCs/>
                <w:lang w:val="es-MX"/>
              </w:rPr>
            </w:pPr>
            <w:r w:rsidRPr="00825B6E">
              <w:rPr>
                <w:rFonts w:ascii="Arial" w:hAnsi="Arial" w:cs="Arial"/>
                <w:b/>
                <w:noProof/>
                <w:lang w:eastAsia="es-MX"/>
              </w:rPr>
              <w:drawing>
                <wp:anchor distT="0" distB="0" distL="114300" distR="114300" simplePos="0" relativeHeight="251668480" behindDoc="0" locked="0" layoutInCell="1" allowOverlap="1" wp14:anchorId="333810D5" wp14:editId="08EA8796">
                  <wp:simplePos x="0" y="0"/>
                  <wp:positionH relativeFrom="margin">
                    <wp:posOffset>1890395</wp:posOffset>
                  </wp:positionH>
                  <wp:positionV relativeFrom="topMargin">
                    <wp:posOffset>491490</wp:posOffset>
                  </wp:positionV>
                  <wp:extent cx="719455" cy="127635"/>
                  <wp:effectExtent l="0" t="0" r="4445" b="5715"/>
                  <wp:wrapNone/>
                  <wp:docPr id="138756836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1" t="36043" b="46238"/>
                          <a:stretch/>
                        </pic:blipFill>
                        <pic:spPr bwMode="auto">
                          <a:xfrm>
                            <a:off x="0" y="0"/>
                            <a:ext cx="719455" cy="127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noProof/>
                <w:lang w:eastAsia="es-MX"/>
              </w:rPr>
              <w:t>INTEGRANTE</w:t>
            </w:r>
            <w:r w:rsidRPr="00825B6E">
              <w:rPr>
                <w:rFonts w:ascii="Arial" w:eastAsia="Calibri" w:hAnsi="Arial" w:cs="Arial"/>
                <w:b/>
                <w:lang w:val="es-MX"/>
              </w:rPr>
              <w:t xml:space="preserve"> DE LA FRACCIÓN LEGISLATIVA DE</w:t>
            </w:r>
          </w:p>
          <w:p w14:paraId="1DA462C8" w14:textId="77777777" w:rsidR="00ED68E1" w:rsidRPr="00825B6E" w:rsidRDefault="00ED68E1" w:rsidP="0080138E">
            <w:pPr>
              <w:jc w:val="center"/>
              <w:rPr>
                <w:rFonts w:ascii="Arial" w:eastAsia="Calibri" w:hAnsi="Arial" w:cs="Arial"/>
                <w:b/>
                <w:lang w:val="es-MX"/>
              </w:rPr>
            </w:pPr>
          </w:p>
        </w:tc>
        <w:tc>
          <w:tcPr>
            <w:tcW w:w="4315" w:type="dxa"/>
          </w:tcPr>
          <w:p w14:paraId="75393456" w14:textId="44C08422" w:rsidR="00ED68E1" w:rsidRPr="00825B6E" w:rsidRDefault="00ED68E1" w:rsidP="00ED68E1">
            <w:pPr>
              <w:jc w:val="center"/>
              <w:rPr>
                <w:rFonts w:ascii="Arial" w:eastAsia="Calibri" w:hAnsi="Arial" w:cs="Arial"/>
                <w:b/>
                <w:lang w:val="es-MX"/>
              </w:rPr>
            </w:pPr>
            <w:r w:rsidRPr="00825B6E">
              <w:rPr>
                <w:rFonts w:ascii="Arial" w:hAnsi="Arial" w:cs="Arial"/>
                <w:b/>
                <w:bCs/>
                <w:lang w:val="es-MX"/>
              </w:rPr>
              <w:t>DIP.</w:t>
            </w:r>
            <w:r>
              <w:rPr>
                <w:rFonts w:ascii="Arial" w:hAnsi="Arial" w:cs="Arial"/>
                <w:b/>
                <w:bCs/>
                <w:lang w:val="es-MX"/>
              </w:rPr>
              <w:t xml:space="preserve"> </w:t>
            </w:r>
            <w:r>
              <w:rPr>
                <w:rFonts w:ascii="Arial" w:hAnsi="Arial" w:cs="Arial"/>
                <w:b/>
                <w:bCs/>
                <w:lang w:val="es-MX"/>
              </w:rPr>
              <w:t>MARIO ALEJANDRO CUEVAS MENA</w:t>
            </w:r>
            <w:r w:rsidRPr="00825B6E">
              <w:rPr>
                <w:rFonts w:ascii="Arial" w:hAnsi="Arial" w:cs="Arial"/>
                <w:b/>
                <w:bCs/>
                <w:lang w:val="es-MX"/>
              </w:rPr>
              <w:t xml:space="preserve"> </w:t>
            </w:r>
          </w:p>
          <w:p w14:paraId="2E99D04A" w14:textId="77777777" w:rsidR="00ED68E1" w:rsidRPr="00825B6E" w:rsidRDefault="00ED68E1" w:rsidP="00ED68E1">
            <w:pPr>
              <w:ind w:left="-29"/>
              <w:jc w:val="center"/>
              <w:rPr>
                <w:rFonts w:ascii="Arial" w:hAnsi="Arial" w:cs="Arial"/>
                <w:b/>
                <w:bCs/>
                <w:lang w:val="es-MX"/>
              </w:rPr>
            </w:pPr>
            <w:r w:rsidRPr="00825B6E">
              <w:rPr>
                <w:rFonts w:ascii="Arial" w:hAnsi="Arial" w:cs="Arial"/>
                <w:b/>
                <w:noProof/>
                <w:lang w:eastAsia="es-MX"/>
              </w:rPr>
              <w:drawing>
                <wp:anchor distT="0" distB="0" distL="114300" distR="114300" simplePos="0" relativeHeight="251672576" behindDoc="0" locked="0" layoutInCell="1" allowOverlap="1" wp14:anchorId="5DD862E6" wp14:editId="5156FE5A">
                  <wp:simplePos x="0" y="0"/>
                  <wp:positionH relativeFrom="margin">
                    <wp:posOffset>1890395</wp:posOffset>
                  </wp:positionH>
                  <wp:positionV relativeFrom="topMargin">
                    <wp:posOffset>491490</wp:posOffset>
                  </wp:positionV>
                  <wp:extent cx="719455" cy="127635"/>
                  <wp:effectExtent l="0" t="0" r="4445" b="5715"/>
                  <wp:wrapNone/>
                  <wp:docPr id="961848630"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1" t="36043" b="46238"/>
                          <a:stretch/>
                        </pic:blipFill>
                        <pic:spPr bwMode="auto">
                          <a:xfrm>
                            <a:off x="0" y="0"/>
                            <a:ext cx="719455" cy="127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noProof/>
                <w:lang w:eastAsia="es-MX"/>
              </w:rPr>
              <w:t>INTEGRANTE</w:t>
            </w:r>
            <w:r w:rsidRPr="00825B6E">
              <w:rPr>
                <w:rFonts w:ascii="Arial" w:eastAsia="Calibri" w:hAnsi="Arial" w:cs="Arial"/>
                <w:b/>
                <w:lang w:val="es-MX"/>
              </w:rPr>
              <w:t xml:space="preserve"> DE LA FRACCIÓN LEGISLATIVA DE</w:t>
            </w:r>
          </w:p>
          <w:p w14:paraId="466E5EA2" w14:textId="77777777" w:rsidR="00ED68E1" w:rsidRPr="00825B6E" w:rsidRDefault="00ED68E1" w:rsidP="0080138E">
            <w:pPr>
              <w:jc w:val="center"/>
              <w:rPr>
                <w:rFonts w:ascii="Arial" w:hAnsi="Arial" w:cs="Arial"/>
                <w:b/>
                <w:bCs/>
                <w:lang w:val="es-MX"/>
              </w:rPr>
            </w:pPr>
          </w:p>
        </w:tc>
      </w:tr>
    </w:tbl>
    <w:p w14:paraId="428BA15C" w14:textId="6EF1E72D" w:rsidR="00E97094" w:rsidRPr="00825B6E" w:rsidRDefault="00E97094" w:rsidP="00E97094">
      <w:pPr>
        <w:spacing w:after="0" w:line="360" w:lineRule="auto"/>
        <w:jc w:val="center"/>
        <w:rPr>
          <w:rFonts w:ascii="Arial" w:hAnsi="Arial" w:cs="Arial"/>
          <w:b/>
          <w:bCs/>
          <w:lang w:val="es-MX"/>
        </w:rPr>
      </w:pPr>
    </w:p>
    <w:p w14:paraId="0ECAB6C7" w14:textId="77777777" w:rsidR="000D729C" w:rsidRPr="00825B6E" w:rsidRDefault="000D729C" w:rsidP="00570962">
      <w:pPr>
        <w:spacing w:after="0" w:line="360" w:lineRule="auto"/>
        <w:rPr>
          <w:rFonts w:ascii="Arial" w:hAnsi="Arial" w:cs="Arial"/>
          <w:lang w:val="es-MX"/>
        </w:rPr>
      </w:pPr>
    </w:p>
    <w:p w14:paraId="11D29FF3" w14:textId="77777777" w:rsidR="000D729C" w:rsidRPr="00825B6E" w:rsidRDefault="000D729C" w:rsidP="00570962">
      <w:pPr>
        <w:spacing w:after="0" w:line="360" w:lineRule="auto"/>
        <w:rPr>
          <w:rFonts w:ascii="Arial" w:hAnsi="Arial" w:cs="Arial"/>
          <w:lang w:val="es-MX"/>
        </w:rPr>
      </w:pPr>
    </w:p>
    <w:p w14:paraId="584EF4D5" w14:textId="77777777" w:rsidR="000D729C" w:rsidRPr="00281B85" w:rsidRDefault="000D729C" w:rsidP="00570962">
      <w:pPr>
        <w:spacing w:after="0" w:line="360" w:lineRule="auto"/>
        <w:rPr>
          <w:rFonts w:ascii="Arial" w:hAnsi="Arial" w:cs="Arial"/>
          <w:sz w:val="24"/>
          <w:szCs w:val="24"/>
          <w:lang w:val="es-MX"/>
        </w:rPr>
      </w:pPr>
    </w:p>
    <w:p w14:paraId="68137B20" w14:textId="77777777" w:rsidR="000D729C" w:rsidRPr="00281B85" w:rsidRDefault="000D729C" w:rsidP="00570962">
      <w:pPr>
        <w:spacing w:after="0" w:line="360" w:lineRule="auto"/>
        <w:rPr>
          <w:rFonts w:ascii="Arial" w:hAnsi="Arial" w:cs="Arial"/>
          <w:sz w:val="24"/>
          <w:szCs w:val="24"/>
          <w:lang w:val="es-MX"/>
        </w:rPr>
      </w:pPr>
    </w:p>
    <w:p w14:paraId="60FBD5A3" w14:textId="4E675C1B" w:rsidR="007F37FC" w:rsidRPr="00281B85" w:rsidRDefault="007F37FC" w:rsidP="00570962">
      <w:pPr>
        <w:spacing w:after="0" w:line="360" w:lineRule="auto"/>
        <w:jc w:val="both"/>
        <w:rPr>
          <w:rFonts w:ascii="Arial" w:hAnsi="Arial" w:cs="Arial"/>
          <w:sz w:val="24"/>
          <w:szCs w:val="24"/>
          <w:lang w:val="es-MX"/>
        </w:rPr>
      </w:pPr>
    </w:p>
    <w:sectPr w:rsidR="007F37FC" w:rsidRPr="00281B85" w:rsidSect="00560C2E">
      <w:headerReference w:type="default" r:id="rId9"/>
      <w:footerReference w:type="default" r:id="rId10"/>
      <w:pgSz w:w="12240" w:h="15840"/>
      <w:pgMar w:top="184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223D" w14:textId="77777777" w:rsidR="002259E4" w:rsidRDefault="002259E4" w:rsidP="007F37FC">
      <w:pPr>
        <w:spacing w:after="0" w:line="240" w:lineRule="auto"/>
      </w:pPr>
      <w:r>
        <w:separator/>
      </w:r>
    </w:p>
  </w:endnote>
  <w:endnote w:type="continuationSeparator" w:id="0">
    <w:p w14:paraId="1D5A1110" w14:textId="77777777" w:rsidR="002259E4" w:rsidRDefault="002259E4" w:rsidP="007F3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75056"/>
      <w:docPartObj>
        <w:docPartGallery w:val="Page Numbers (Bottom of Page)"/>
        <w:docPartUnique/>
      </w:docPartObj>
    </w:sdtPr>
    <w:sdtEndPr/>
    <w:sdtContent>
      <w:p w14:paraId="6972D80F" w14:textId="131EAAB4" w:rsidR="007F37FC" w:rsidRDefault="007F37FC">
        <w:pPr>
          <w:pStyle w:val="Piedepgina"/>
          <w:jc w:val="right"/>
        </w:pPr>
        <w:r>
          <w:fldChar w:fldCharType="begin"/>
        </w:r>
        <w:r>
          <w:instrText>PAGE   \* MERGEFORMAT</w:instrText>
        </w:r>
        <w:r>
          <w:fldChar w:fldCharType="separate"/>
        </w:r>
        <w:r>
          <w:rPr>
            <w:lang w:val="es-ES"/>
          </w:rPr>
          <w:t>2</w:t>
        </w:r>
        <w:r>
          <w:fldChar w:fldCharType="end"/>
        </w:r>
      </w:p>
    </w:sdtContent>
  </w:sdt>
  <w:p w14:paraId="6352E6D2" w14:textId="77777777" w:rsidR="007F37FC" w:rsidRDefault="007F37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B941" w14:textId="77777777" w:rsidR="002259E4" w:rsidRDefault="002259E4" w:rsidP="007F37FC">
      <w:pPr>
        <w:spacing w:after="0" w:line="240" w:lineRule="auto"/>
      </w:pPr>
      <w:r>
        <w:separator/>
      </w:r>
    </w:p>
  </w:footnote>
  <w:footnote w:type="continuationSeparator" w:id="0">
    <w:p w14:paraId="2DD4F499" w14:textId="77777777" w:rsidR="002259E4" w:rsidRDefault="002259E4" w:rsidP="007F37FC">
      <w:pPr>
        <w:spacing w:after="0" w:line="240" w:lineRule="auto"/>
      </w:pPr>
      <w:r>
        <w:continuationSeparator/>
      </w:r>
    </w:p>
  </w:footnote>
  <w:footnote w:id="1">
    <w:p w14:paraId="18E4B07E" w14:textId="77777777" w:rsidR="0012753A" w:rsidRPr="001C2520" w:rsidRDefault="0012753A" w:rsidP="001C2520">
      <w:pPr>
        <w:pStyle w:val="Textonotapie1"/>
        <w:jc w:val="both"/>
        <w:rPr>
          <w:rFonts w:ascii="Arial" w:hAnsi="Arial" w:cs="Arial"/>
          <w:sz w:val="16"/>
          <w:szCs w:val="16"/>
          <w:lang w:val="es-ES"/>
        </w:rPr>
      </w:pPr>
      <w:r w:rsidRPr="001C2520">
        <w:rPr>
          <w:rStyle w:val="Refdenotaalpie"/>
          <w:rFonts w:ascii="Arial" w:hAnsi="Arial" w:cs="Arial"/>
          <w:sz w:val="16"/>
          <w:szCs w:val="16"/>
        </w:rPr>
        <w:footnoteRef/>
      </w:r>
      <w:r w:rsidRPr="001C2520">
        <w:rPr>
          <w:rFonts w:ascii="Arial" w:hAnsi="Arial" w:cs="Arial"/>
          <w:sz w:val="16"/>
          <w:szCs w:val="16"/>
        </w:rPr>
        <w:t xml:space="preserve"> CONEVAL, </w:t>
      </w:r>
      <w:r w:rsidRPr="001C2520">
        <w:rPr>
          <w:rFonts w:ascii="Arial" w:hAnsi="Arial" w:cs="Arial"/>
          <w:sz w:val="16"/>
          <w:szCs w:val="16"/>
          <w:lang w:val="es-ES"/>
        </w:rPr>
        <w:t xml:space="preserve">Índice de rezago social 2020. </w:t>
      </w:r>
      <w:hyperlink r:id="rId1" w:history="1">
        <w:r w:rsidRPr="001C2520">
          <w:rPr>
            <w:rStyle w:val="Hipervnculo1"/>
            <w:rFonts w:ascii="Arial" w:hAnsi="Arial" w:cs="Arial"/>
            <w:color w:val="auto"/>
            <w:sz w:val="16"/>
            <w:szCs w:val="16"/>
            <w:lang w:val="es-ES"/>
          </w:rPr>
          <w:t>https://www.coneval.org.mx/Medicion/IRS/Paginas/Indice_de_Rezago_Social_2020_anexos.aspx</w:t>
        </w:r>
      </w:hyperlink>
      <w:r w:rsidRPr="001C2520">
        <w:rPr>
          <w:rFonts w:ascii="Arial" w:hAnsi="Arial" w:cs="Arial"/>
          <w:sz w:val="16"/>
          <w:szCs w:val="16"/>
          <w:lang w:val="es-ES"/>
        </w:rPr>
        <w:t xml:space="preserve"> </w:t>
      </w:r>
    </w:p>
  </w:footnote>
  <w:footnote w:id="2">
    <w:p w14:paraId="1853A15A" w14:textId="77777777" w:rsidR="0012753A" w:rsidRPr="001C2520" w:rsidRDefault="0012753A" w:rsidP="001C2520">
      <w:pPr>
        <w:pStyle w:val="Textonotapie1"/>
        <w:jc w:val="both"/>
        <w:rPr>
          <w:rFonts w:ascii="Arial" w:hAnsi="Arial" w:cs="Arial"/>
          <w:sz w:val="16"/>
          <w:szCs w:val="16"/>
        </w:rPr>
      </w:pPr>
      <w:r w:rsidRPr="001C2520">
        <w:rPr>
          <w:rStyle w:val="Refdenotaalpie"/>
          <w:rFonts w:ascii="Arial" w:hAnsi="Arial" w:cs="Arial"/>
          <w:sz w:val="16"/>
          <w:szCs w:val="16"/>
        </w:rPr>
        <w:footnoteRef/>
      </w:r>
      <w:r w:rsidRPr="001C2520">
        <w:rPr>
          <w:rFonts w:ascii="Arial" w:hAnsi="Arial" w:cs="Arial"/>
          <w:sz w:val="16"/>
          <w:szCs w:val="16"/>
        </w:rPr>
        <w:t xml:space="preserve"> </w:t>
      </w:r>
      <w:r w:rsidRPr="001C2520">
        <w:rPr>
          <w:rFonts w:ascii="Arial" w:hAnsi="Arial" w:cs="Arial"/>
          <w:sz w:val="16"/>
          <w:szCs w:val="16"/>
        </w:rPr>
        <w:t xml:space="preserve">Bienestar, Informe anual sobre la situación de pobreza y rezago social 2025. </w:t>
      </w:r>
      <w:hyperlink r:id="rId2" w:history="1">
        <w:r w:rsidRPr="001C2520">
          <w:rPr>
            <w:rStyle w:val="Hipervnculo1"/>
            <w:rFonts w:ascii="Arial" w:hAnsi="Arial" w:cs="Arial"/>
            <w:color w:val="auto"/>
            <w:sz w:val="16"/>
            <w:szCs w:val="16"/>
          </w:rPr>
          <w:t>https://www.gob.mx/cms/uploads/attachment/file/972733/31_Yucatan_2025.pdf</w:t>
        </w:r>
      </w:hyperlink>
      <w:r w:rsidRPr="001C2520">
        <w:rPr>
          <w:rFonts w:ascii="Arial" w:hAnsi="Arial" w:cs="Arial"/>
          <w:sz w:val="16"/>
          <w:szCs w:val="16"/>
        </w:rPr>
        <w:t xml:space="preserve">  </w:t>
      </w:r>
    </w:p>
  </w:footnote>
  <w:footnote w:id="3">
    <w:p w14:paraId="5B61A96C" w14:textId="77777777" w:rsidR="0012753A" w:rsidRPr="00865D4D" w:rsidRDefault="0012753A" w:rsidP="001C2520">
      <w:pPr>
        <w:pStyle w:val="Textonotapie1"/>
        <w:jc w:val="both"/>
        <w:rPr>
          <w:rFonts w:ascii="Montserrat" w:hAnsi="Montserrat" w:cs="Calibri"/>
          <w:sz w:val="16"/>
          <w:szCs w:val="16"/>
        </w:rPr>
      </w:pPr>
      <w:r w:rsidRPr="001C2520">
        <w:rPr>
          <w:rStyle w:val="Refdenotaalpie"/>
          <w:rFonts w:ascii="Arial" w:hAnsi="Arial" w:cs="Arial"/>
          <w:sz w:val="16"/>
          <w:szCs w:val="16"/>
        </w:rPr>
        <w:footnoteRef/>
      </w:r>
      <w:r w:rsidRPr="001C2520">
        <w:rPr>
          <w:rFonts w:ascii="Arial" w:hAnsi="Arial" w:cs="Arial"/>
          <w:sz w:val="16"/>
          <w:szCs w:val="16"/>
        </w:rPr>
        <w:t xml:space="preserve"> </w:t>
      </w:r>
      <w:r w:rsidRPr="001C2520">
        <w:rPr>
          <w:rFonts w:ascii="Arial" w:hAnsi="Arial" w:cs="Arial"/>
          <w:sz w:val="16"/>
          <w:szCs w:val="16"/>
        </w:rPr>
        <w:t>Bienestar, Informe anual sobre la situación de pobreza y rezago social 2025. https://www.gob.mx/cms/uploads/attachment/file/972733/31_Yucatan_2025.pdf</w:t>
      </w:r>
      <w:r w:rsidRPr="001C2520">
        <w:rPr>
          <w:rFonts w:ascii="Montserrat" w:hAnsi="Montserrat"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C523" w14:textId="6A1E3C8A" w:rsidR="00560C2E" w:rsidRDefault="00560C2E">
    <w:pPr>
      <w:pStyle w:val="Encabezado"/>
    </w:pPr>
    <w:r>
      <w:rPr>
        <w:noProof/>
        <w:lang w:eastAsia="es-MX"/>
      </w:rPr>
      <w:drawing>
        <wp:anchor distT="0" distB="0" distL="114300" distR="114300" simplePos="0" relativeHeight="251659264" behindDoc="0" locked="0" layoutInCell="1" allowOverlap="1" wp14:anchorId="35DBF567" wp14:editId="73DA1A5A">
          <wp:simplePos x="0" y="0"/>
          <wp:positionH relativeFrom="margin">
            <wp:posOffset>3438525</wp:posOffset>
          </wp:positionH>
          <wp:positionV relativeFrom="topMargin">
            <wp:posOffset>323850</wp:posOffset>
          </wp:positionV>
          <wp:extent cx="2087880" cy="593725"/>
          <wp:effectExtent l="0" t="0" r="7620" b="0"/>
          <wp:wrapSquare wrapText="bothSides"/>
          <wp:docPr id="1877836107"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36043" b="35482"/>
                  <a:stretch/>
                </pic:blipFill>
                <pic:spPr bwMode="auto">
                  <a:xfrm>
                    <a:off x="0" y="0"/>
                    <a:ext cx="2087880" cy="593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2BA04332"/>
    <w:multiLevelType w:val="multilevel"/>
    <w:tmpl w:val="23ACB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FA595C"/>
    <w:multiLevelType w:val="multilevel"/>
    <w:tmpl w:val="D2583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634841"/>
    <w:multiLevelType w:val="hybridMultilevel"/>
    <w:tmpl w:val="6AE8A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39687592">
    <w:abstractNumId w:val="8"/>
  </w:num>
  <w:num w:numId="2" w16cid:durableId="1474172770">
    <w:abstractNumId w:val="6"/>
  </w:num>
  <w:num w:numId="3" w16cid:durableId="642538631">
    <w:abstractNumId w:val="5"/>
  </w:num>
  <w:num w:numId="4" w16cid:durableId="422145401">
    <w:abstractNumId w:val="4"/>
  </w:num>
  <w:num w:numId="5" w16cid:durableId="1142651182">
    <w:abstractNumId w:val="7"/>
  </w:num>
  <w:num w:numId="6" w16cid:durableId="1373918667">
    <w:abstractNumId w:val="3"/>
  </w:num>
  <w:num w:numId="7" w16cid:durableId="769930512">
    <w:abstractNumId w:val="2"/>
  </w:num>
  <w:num w:numId="8" w16cid:durableId="2021278044">
    <w:abstractNumId w:val="1"/>
  </w:num>
  <w:num w:numId="9" w16cid:durableId="540290008">
    <w:abstractNumId w:val="0"/>
  </w:num>
  <w:num w:numId="10" w16cid:durableId="631598242">
    <w:abstractNumId w:val="11"/>
  </w:num>
  <w:num w:numId="11" w16cid:durableId="1734890847">
    <w:abstractNumId w:val="10"/>
  </w:num>
  <w:num w:numId="12" w16cid:durableId="1108984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5874"/>
    <w:rsid w:val="000D729C"/>
    <w:rsid w:val="0012753A"/>
    <w:rsid w:val="00140CC9"/>
    <w:rsid w:val="0015074B"/>
    <w:rsid w:val="00175BE1"/>
    <w:rsid w:val="001C2520"/>
    <w:rsid w:val="001D4324"/>
    <w:rsid w:val="001F47CC"/>
    <w:rsid w:val="002259E4"/>
    <w:rsid w:val="002435CF"/>
    <w:rsid w:val="00272223"/>
    <w:rsid w:val="00281B85"/>
    <w:rsid w:val="0029639D"/>
    <w:rsid w:val="00303B87"/>
    <w:rsid w:val="00326F90"/>
    <w:rsid w:val="0033350F"/>
    <w:rsid w:val="003D73F7"/>
    <w:rsid w:val="00405280"/>
    <w:rsid w:val="00502C6F"/>
    <w:rsid w:val="00544EBA"/>
    <w:rsid w:val="00552346"/>
    <w:rsid w:val="00560C2E"/>
    <w:rsid w:val="00564B3B"/>
    <w:rsid w:val="00570962"/>
    <w:rsid w:val="005B32EE"/>
    <w:rsid w:val="005B56FB"/>
    <w:rsid w:val="005C0DDC"/>
    <w:rsid w:val="005E3F67"/>
    <w:rsid w:val="006437EF"/>
    <w:rsid w:val="00652793"/>
    <w:rsid w:val="00656D7A"/>
    <w:rsid w:val="006D46D1"/>
    <w:rsid w:val="006F0359"/>
    <w:rsid w:val="006F510E"/>
    <w:rsid w:val="006F5C35"/>
    <w:rsid w:val="00741EB9"/>
    <w:rsid w:val="0074274B"/>
    <w:rsid w:val="0076128C"/>
    <w:rsid w:val="00762459"/>
    <w:rsid w:val="007761CE"/>
    <w:rsid w:val="00787EE5"/>
    <w:rsid w:val="007C29D3"/>
    <w:rsid w:val="007F37FC"/>
    <w:rsid w:val="0080138E"/>
    <w:rsid w:val="008061C2"/>
    <w:rsid w:val="00825B6E"/>
    <w:rsid w:val="00851829"/>
    <w:rsid w:val="00900BBB"/>
    <w:rsid w:val="009B1097"/>
    <w:rsid w:val="009B52EA"/>
    <w:rsid w:val="009C3434"/>
    <w:rsid w:val="009E6E7B"/>
    <w:rsid w:val="009F09AC"/>
    <w:rsid w:val="00A0730F"/>
    <w:rsid w:val="00A56412"/>
    <w:rsid w:val="00A9502C"/>
    <w:rsid w:val="00AA1D8D"/>
    <w:rsid w:val="00B05A94"/>
    <w:rsid w:val="00B47730"/>
    <w:rsid w:val="00B71D29"/>
    <w:rsid w:val="00C24675"/>
    <w:rsid w:val="00C27206"/>
    <w:rsid w:val="00C54AE3"/>
    <w:rsid w:val="00C65FB1"/>
    <w:rsid w:val="00CA7D66"/>
    <w:rsid w:val="00CB0664"/>
    <w:rsid w:val="00CF36E4"/>
    <w:rsid w:val="00D10097"/>
    <w:rsid w:val="00D12E44"/>
    <w:rsid w:val="00DD3933"/>
    <w:rsid w:val="00E031A0"/>
    <w:rsid w:val="00E31346"/>
    <w:rsid w:val="00E358C9"/>
    <w:rsid w:val="00E94EB8"/>
    <w:rsid w:val="00E97094"/>
    <w:rsid w:val="00EA4672"/>
    <w:rsid w:val="00ED57A2"/>
    <w:rsid w:val="00ED68E1"/>
    <w:rsid w:val="00EE6721"/>
    <w:rsid w:val="00F2617F"/>
    <w:rsid w:val="00F87177"/>
    <w:rsid w:val="00FA00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FB7EC4"/>
  <w14:defaultImageDpi w14:val="300"/>
  <w15:docId w15:val="{0469CB8C-BEC1-400B-99ED-0A2560C6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E1"/>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xtonotapie1">
    <w:name w:val="Texto nota pie1"/>
    <w:basedOn w:val="Normal"/>
    <w:next w:val="Textonotapie"/>
    <w:link w:val="TextonotapieCar"/>
    <w:uiPriority w:val="99"/>
    <w:semiHidden/>
    <w:unhideWhenUsed/>
    <w:rsid w:val="0012753A"/>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12753A"/>
    <w:rPr>
      <w:sz w:val="20"/>
      <w:szCs w:val="20"/>
    </w:rPr>
  </w:style>
  <w:style w:type="character" w:styleId="Refdenotaalpie">
    <w:name w:val="footnote reference"/>
    <w:basedOn w:val="Fuentedeprrafopredeter"/>
    <w:uiPriority w:val="99"/>
    <w:semiHidden/>
    <w:unhideWhenUsed/>
    <w:rsid w:val="0012753A"/>
    <w:rPr>
      <w:vertAlign w:val="superscript"/>
    </w:rPr>
  </w:style>
  <w:style w:type="character" w:customStyle="1" w:styleId="Hipervnculo1">
    <w:name w:val="Hipervínculo1"/>
    <w:basedOn w:val="Fuentedeprrafopredeter"/>
    <w:uiPriority w:val="99"/>
    <w:unhideWhenUsed/>
    <w:rsid w:val="0012753A"/>
    <w:rPr>
      <w:color w:val="0563C1"/>
      <w:u w:val="single"/>
    </w:rPr>
  </w:style>
  <w:style w:type="paragraph" w:styleId="Textonotapie">
    <w:name w:val="footnote text"/>
    <w:basedOn w:val="Normal"/>
    <w:link w:val="TextonotapieCar1"/>
    <w:uiPriority w:val="99"/>
    <w:semiHidden/>
    <w:unhideWhenUsed/>
    <w:rsid w:val="0012753A"/>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12753A"/>
    <w:rPr>
      <w:sz w:val="20"/>
      <w:szCs w:val="20"/>
    </w:rPr>
  </w:style>
  <w:style w:type="character" w:styleId="Hipervnculo">
    <w:name w:val="Hyperlink"/>
    <w:basedOn w:val="Fuentedeprrafopredeter"/>
    <w:uiPriority w:val="99"/>
    <w:semiHidden/>
    <w:unhideWhenUsed/>
    <w:rsid w:val="001275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b.mx/cms/uploads/attachment/file/972733/31_Yucatan_2025.pdf" TargetMode="External"/><Relationship Id="rId1" Type="http://schemas.openxmlformats.org/officeDocument/2006/relationships/hyperlink" Target="https://www.coneval.org.mx/Medicion/IRS/Paginas/Indice_de_Rezago_Social_2020_anexo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17</Pages>
  <Words>5556</Words>
  <Characters>30559</Characters>
  <Application>Microsoft Office Word</Application>
  <DocSecurity>0</DocSecurity>
  <Lines>254</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Elideth Irigoyen Ledesma</dc:creator>
  <cp:keywords/>
  <dc:description/>
  <cp:lastModifiedBy>Fabiola Elideth Irigoyen Ledesma</cp:lastModifiedBy>
  <cp:revision>13</cp:revision>
  <cp:lastPrinted>2026-04-29T19:32:00Z</cp:lastPrinted>
  <dcterms:created xsi:type="dcterms:W3CDTF">2026-04-29T18:36:00Z</dcterms:created>
  <dcterms:modified xsi:type="dcterms:W3CDTF">2026-04-29T20:11:00Z</dcterms:modified>
  <cp:category/>
</cp:coreProperties>
</file>